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880CAE" w14:textId="77777777" w:rsidR="007E6525" w:rsidRPr="00B40A54" w:rsidRDefault="002F0BD9">
      <w:pPr>
        <w:rPr>
          <w:lang w:val="fr-BE"/>
        </w:rPr>
      </w:pPr>
      <w:r w:rsidRPr="000E4B76">
        <w:rPr>
          <w:b/>
          <w:color w:val="C92274"/>
          <w:sz w:val="44"/>
          <w:lang w:val="fr-BE"/>
        </w:rPr>
        <w:t>Formulaire de candidature</w:t>
      </w:r>
    </w:p>
    <w:p w14:paraId="695B60A6" w14:textId="77777777" w:rsidR="007E6525" w:rsidRPr="00B40A54" w:rsidRDefault="002F0BD9">
      <w:pPr>
        <w:spacing w:after="160"/>
        <w:rPr>
          <w:lang w:val="fr-BE"/>
        </w:rPr>
      </w:pPr>
      <w:r w:rsidRPr="00B40A54">
        <w:rPr>
          <w:color w:val="333333"/>
          <w:sz w:val="24"/>
          <w:lang w:val="fr-BE"/>
        </w:rPr>
        <w:t>Appel à projets à destination des communes bruxelloises et des intercommunales relatif à la mise en œuvre de parcelles funéraires multiconfessionnelles au sein des cimetières bruxellois</w:t>
      </w:r>
    </w:p>
    <w:p w14:paraId="16A580BA" w14:textId="77777777" w:rsidR="007E6525" w:rsidRPr="00B40A54" w:rsidRDefault="002F0BD9">
      <w:pPr>
        <w:pStyle w:val="Titre1"/>
        <w:rPr>
          <w:lang w:val="fr-BE"/>
        </w:rPr>
      </w:pPr>
      <w:r w:rsidRPr="000E4B76">
        <w:rPr>
          <w:color w:val="C92274"/>
          <w:lang w:val="fr-BE"/>
        </w:rPr>
        <w:t>1. Identification du demandeur</w:t>
      </w:r>
    </w:p>
    <w:tbl>
      <w:tblPr>
        <w:tblW w:w="0" w:type="auto"/>
        <w:jc w:val="center"/>
        <w:tblLook w:val="04A0" w:firstRow="1" w:lastRow="0" w:firstColumn="1" w:lastColumn="0" w:noHBand="0" w:noVBand="1"/>
      </w:tblPr>
      <w:tblGrid>
        <w:gridCol w:w="2835"/>
        <w:gridCol w:w="6633"/>
      </w:tblGrid>
      <w:tr w:rsidR="007E6525" w:rsidRPr="00B40A54" w14:paraId="7A2E7591" w14:textId="77777777" w:rsidTr="00621CF8">
        <w:trPr>
          <w:tblHeader/>
          <w:jc w:val="center"/>
        </w:trPr>
        <w:tc>
          <w:tcPr>
            <w:tcW w:w="6633" w:type="dxa"/>
            <w:gridSpan w:val="2"/>
            <w:tcBorders>
              <w:top w:val="single" w:sz="8" w:space="0" w:color="D9D9D9"/>
              <w:left w:val="single" w:sz="8" w:space="0" w:color="D9D9D9"/>
              <w:bottom w:val="single" w:sz="8" w:space="0" w:color="D9D9D9"/>
              <w:right w:val="single" w:sz="8" w:space="0" w:color="D9D9D9"/>
            </w:tcBorders>
            <w:shd w:val="clear" w:color="auto" w:fill="C92274"/>
            <w:tcMar>
              <w:top w:w="120" w:type="dxa"/>
              <w:left w:w="120" w:type="dxa"/>
              <w:bottom w:w="120" w:type="dxa"/>
              <w:right w:w="120" w:type="dxa"/>
            </w:tcMar>
            <w:vAlign w:val="center"/>
          </w:tcPr>
          <w:p w14:paraId="66482E8B" w14:textId="77777777" w:rsidR="007E6525" w:rsidRPr="00B40A54" w:rsidRDefault="002F0BD9">
            <w:pPr>
              <w:spacing w:after="0" w:line="252" w:lineRule="auto"/>
              <w:rPr>
                <w:lang w:val="fr-BE"/>
              </w:rPr>
            </w:pPr>
            <w:r w:rsidRPr="00B40A54">
              <w:rPr>
                <w:b/>
                <w:color w:val="FFFFFF"/>
                <w:sz w:val="21"/>
                <w:lang w:val="fr-BE"/>
              </w:rPr>
              <w:t>Informations administratives</w:t>
            </w:r>
          </w:p>
        </w:tc>
      </w:tr>
      <w:tr w:rsidR="007E6525" w:rsidRPr="00B40A54" w14:paraId="28EA6FEB" w14:textId="77777777">
        <w:trPr>
          <w:jc w:val="center"/>
        </w:trPr>
        <w:tc>
          <w:tcPr>
            <w:tcW w:w="2835" w:type="dxa"/>
            <w:tcBorders>
              <w:top w:val="single" w:sz="8" w:space="0" w:color="D9D9D9"/>
              <w:left w:val="single" w:sz="8" w:space="0" w:color="D9D9D9"/>
              <w:bottom w:val="single" w:sz="8" w:space="0" w:color="D9D9D9"/>
              <w:right w:val="single" w:sz="8" w:space="0" w:color="D9D9D9"/>
            </w:tcBorders>
            <w:shd w:val="clear" w:color="auto" w:fill="FCE4F1"/>
            <w:tcMar>
              <w:top w:w="120" w:type="dxa"/>
              <w:left w:w="120" w:type="dxa"/>
              <w:bottom w:w="120" w:type="dxa"/>
              <w:right w:w="120" w:type="dxa"/>
            </w:tcMar>
            <w:vAlign w:val="center"/>
          </w:tcPr>
          <w:p w14:paraId="63612B2B" w14:textId="77777777" w:rsidR="007E6525" w:rsidRPr="00B40A54" w:rsidRDefault="002F0BD9">
            <w:pPr>
              <w:spacing w:after="0" w:line="252" w:lineRule="auto"/>
              <w:rPr>
                <w:lang w:val="fr-BE"/>
              </w:rPr>
            </w:pPr>
            <w:r w:rsidRPr="00B40A54">
              <w:rPr>
                <w:b/>
                <w:color w:val="333333"/>
                <w:lang w:val="fr-BE"/>
              </w:rPr>
              <w:t>Commune / intercommunale</w:t>
            </w:r>
          </w:p>
        </w:tc>
        <w:tc>
          <w:tcPr>
            <w:tcW w:w="6633" w:type="dxa"/>
            <w:tcBorders>
              <w:top w:val="single" w:sz="8" w:space="0" w:color="D9D9D9"/>
              <w:left w:val="single" w:sz="8" w:space="0" w:color="D9D9D9"/>
              <w:bottom w:val="single" w:sz="8" w:space="0" w:color="D9D9D9"/>
              <w:right w:val="single" w:sz="8" w:space="0" w:color="D9D9D9"/>
            </w:tcBorders>
            <w:tcMar>
              <w:top w:w="120" w:type="dxa"/>
              <w:left w:w="120" w:type="dxa"/>
              <w:bottom w:w="120" w:type="dxa"/>
              <w:right w:w="120" w:type="dxa"/>
            </w:tcMar>
            <w:vAlign w:val="center"/>
          </w:tcPr>
          <w:p w14:paraId="21C1F541" w14:textId="77777777" w:rsidR="007E6525" w:rsidRPr="00B40A54" w:rsidRDefault="002F0BD9">
            <w:pPr>
              <w:spacing w:after="0" w:line="252" w:lineRule="auto"/>
              <w:rPr>
                <w:lang w:val="fr-BE"/>
              </w:rPr>
            </w:pPr>
            <w:r w:rsidRPr="00B40A54">
              <w:rPr>
                <w:i/>
                <w:color w:val="666666"/>
                <w:sz w:val="18"/>
                <w:lang w:val="fr-BE"/>
              </w:rPr>
              <w:t>Nom officiel du demandeur</w:t>
            </w:r>
          </w:p>
        </w:tc>
      </w:tr>
      <w:tr w:rsidR="007E6525" w:rsidRPr="00B40A54" w14:paraId="0933582C" w14:textId="77777777">
        <w:trPr>
          <w:jc w:val="center"/>
        </w:trPr>
        <w:tc>
          <w:tcPr>
            <w:tcW w:w="2835" w:type="dxa"/>
            <w:tcBorders>
              <w:top w:val="single" w:sz="8" w:space="0" w:color="D9D9D9"/>
              <w:left w:val="single" w:sz="8" w:space="0" w:color="D9D9D9"/>
              <w:bottom w:val="single" w:sz="8" w:space="0" w:color="D9D9D9"/>
              <w:right w:val="single" w:sz="8" w:space="0" w:color="D9D9D9"/>
            </w:tcBorders>
            <w:shd w:val="clear" w:color="auto" w:fill="FCE4F1"/>
            <w:tcMar>
              <w:top w:w="120" w:type="dxa"/>
              <w:left w:w="120" w:type="dxa"/>
              <w:bottom w:w="120" w:type="dxa"/>
              <w:right w:w="120" w:type="dxa"/>
            </w:tcMar>
            <w:vAlign w:val="center"/>
          </w:tcPr>
          <w:p w14:paraId="44D451C7" w14:textId="77777777" w:rsidR="007E6525" w:rsidRPr="00B40A54" w:rsidRDefault="002F0BD9">
            <w:pPr>
              <w:spacing w:after="0" w:line="252" w:lineRule="auto"/>
              <w:rPr>
                <w:lang w:val="fr-BE"/>
              </w:rPr>
            </w:pPr>
            <w:r w:rsidRPr="00B40A54">
              <w:rPr>
                <w:b/>
                <w:color w:val="333333"/>
                <w:lang w:val="fr-BE"/>
              </w:rPr>
              <w:t>Personne de contact</w:t>
            </w:r>
          </w:p>
        </w:tc>
        <w:tc>
          <w:tcPr>
            <w:tcW w:w="6633" w:type="dxa"/>
            <w:tcBorders>
              <w:top w:val="single" w:sz="8" w:space="0" w:color="D9D9D9"/>
              <w:left w:val="single" w:sz="8" w:space="0" w:color="D9D9D9"/>
              <w:bottom w:val="single" w:sz="8" w:space="0" w:color="D9D9D9"/>
              <w:right w:val="single" w:sz="8" w:space="0" w:color="D9D9D9"/>
            </w:tcBorders>
            <w:tcMar>
              <w:top w:w="120" w:type="dxa"/>
              <w:left w:w="120" w:type="dxa"/>
              <w:bottom w:w="120" w:type="dxa"/>
              <w:right w:w="120" w:type="dxa"/>
            </w:tcMar>
            <w:vAlign w:val="center"/>
          </w:tcPr>
          <w:p w14:paraId="20521D1B" w14:textId="77777777" w:rsidR="007E6525" w:rsidRPr="00B40A54" w:rsidRDefault="002F0BD9">
            <w:pPr>
              <w:spacing w:after="0" w:line="252" w:lineRule="auto"/>
              <w:rPr>
                <w:lang w:val="fr-BE"/>
              </w:rPr>
            </w:pPr>
            <w:r w:rsidRPr="00B40A54">
              <w:rPr>
                <w:i/>
                <w:color w:val="666666"/>
                <w:sz w:val="18"/>
                <w:lang w:val="fr-BE"/>
              </w:rPr>
              <w:t>Nom, fonction, téléphone, courriel</w:t>
            </w:r>
          </w:p>
        </w:tc>
      </w:tr>
      <w:tr w:rsidR="007E6525" w:rsidRPr="00B40A54" w14:paraId="50041803" w14:textId="77777777">
        <w:trPr>
          <w:jc w:val="center"/>
        </w:trPr>
        <w:tc>
          <w:tcPr>
            <w:tcW w:w="2835" w:type="dxa"/>
            <w:tcBorders>
              <w:top w:val="single" w:sz="8" w:space="0" w:color="D9D9D9"/>
              <w:left w:val="single" w:sz="8" w:space="0" w:color="D9D9D9"/>
              <w:bottom w:val="single" w:sz="8" w:space="0" w:color="D9D9D9"/>
              <w:right w:val="single" w:sz="8" w:space="0" w:color="D9D9D9"/>
            </w:tcBorders>
            <w:shd w:val="clear" w:color="auto" w:fill="FCE4F1"/>
            <w:tcMar>
              <w:top w:w="120" w:type="dxa"/>
              <w:left w:w="120" w:type="dxa"/>
              <w:bottom w:w="120" w:type="dxa"/>
              <w:right w:w="120" w:type="dxa"/>
            </w:tcMar>
            <w:vAlign w:val="center"/>
          </w:tcPr>
          <w:p w14:paraId="11CA4EC7" w14:textId="77777777" w:rsidR="007E6525" w:rsidRPr="00B40A54" w:rsidRDefault="002F0BD9">
            <w:pPr>
              <w:spacing w:after="0" w:line="252" w:lineRule="auto"/>
              <w:rPr>
                <w:lang w:val="fr-BE"/>
              </w:rPr>
            </w:pPr>
            <w:r w:rsidRPr="00B40A54">
              <w:rPr>
                <w:b/>
                <w:color w:val="333333"/>
                <w:lang w:val="fr-BE"/>
              </w:rPr>
              <w:t>Adresse administrative</w:t>
            </w:r>
          </w:p>
        </w:tc>
        <w:tc>
          <w:tcPr>
            <w:tcW w:w="6633" w:type="dxa"/>
            <w:tcBorders>
              <w:top w:val="single" w:sz="8" w:space="0" w:color="D9D9D9"/>
              <w:left w:val="single" w:sz="8" w:space="0" w:color="D9D9D9"/>
              <w:bottom w:val="single" w:sz="8" w:space="0" w:color="D9D9D9"/>
              <w:right w:val="single" w:sz="8" w:space="0" w:color="D9D9D9"/>
            </w:tcBorders>
            <w:tcMar>
              <w:top w:w="120" w:type="dxa"/>
              <w:left w:w="120" w:type="dxa"/>
              <w:bottom w:w="120" w:type="dxa"/>
              <w:right w:w="120" w:type="dxa"/>
            </w:tcMar>
            <w:vAlign w:val="center"/>
          </w:tcPr>
          <w:p w14:paraId="193CE403" w14:textId="77777777" w:rsidR="007E6525" w:rsidRPr="00B40A54" w:rsidRDefault="002F0BD9">
            <w:pPr>
              <w:spacing w:after="0" w:line="252" w:lineRule="auto"/>
              <w:rPr>
                <w:lang w:val="fr-BE"/>
              </w:rPr>
            </w:pPr>
            <w:r w:rsidRPr="00B40A54">
              <w:rPr>
                <w:i/>
                <w:color w:val="666666"/>
                <w:sz w:val="18"/>
                <w:lang w:val="fr-BE"/>
              </w:rPr>
              <w:t>Adresse complète</w:t>
            </w:r>
          </w:p>
        </w:tc>
      </w:tr>
      <w:tr w:rsidR="007E6525" w:rsidRPr="004709A0" w14:paraId="63AC881E" w14:textId="77777777">
        <w:trPr>
          <w:jc w:val="center"/>
        </w:trPr>
        <w:tc>
          <w:tcPr>
            <w:tcW w:w="2835" w:type="dxa"/>
            <w:tcBorders>
              <w:top w:val="single" w:sz="8" w:space="0" w:color="D9D9D9"/>
              <w:left w:val="single" w:sz="8" w:space="0" w:color="D9D9D9"/>
              <w:bottom w:val="single" w:sz="8" w:space="0" w:color="D9D9D9"/>
              <w:right w:val="single" w:sz="8" w:space="0" w:color="D9D9D9"/>
            </w:tcBorders>
            <w:shd w:val="clear" w:color="auto" w:fill="FCE4F1"/>
            <w:tcMar>
              <w:top w:w="120" w:type="dxa"/>
              <w:left w:w="120" w:type="dxa"/>
              <w:bottom w:w="120" w:type="dxa"/>
              <w:right w:w="120" w:type="dxa"/>
            </w:tcMar>
            <w:vAlign w:val="center"/>
          </w:tcPr>
          <w:p w14:paraId="481A0B86" w14:textId="6730DD8A" w:rsidR="007E6525" w:rsidRPr="00B40A54" w:rsidRDefault="002F0BD9">
            <w:pPr>
              <w:spacing w:after="0" w:line="252" w:lineRule="auto"/>
              <w:rPr>
                <w:lang w:val="fr-BE"/>
              </w:rPr>
            </w:pPr>
            <w:r w:rsidRPr="00B40A54">
              <w:rPr>
                <w:b/>
                <w:color w:val="333333"/>
                <w:lang w:val="fr-BE"/>
              </w:rPr>
              <w:t xml:space="preserve">Signataire(s) </w:t>
            </w:r>
            <w:r w:rsidR="00B40A54" w:rsidRPr="00B40A54">
              <w:rPr>
                <w:b/>
                <w:color w:val="333333"/>
                <w:lang w:val="fr-BE"/>
              </w:rPr>
              <w:t>habilité</w:t>
            </w:r>
            <w:r w:rsidRPr="00B40A54">
              <w:rPr>
                <w:b/>
                <w:color w:val="333333"/>
                <w:lang w:val="fr-BE"/>
              </w:rPr>
              <w:t>(s)</w:t>
            </w:r>
          </w:p>
        </w:tc>
        <w:tc>
          <w:tcPr>
            <w:tcW w:w="6633" w:type="dxa"/>
            <w:tcBorders>
              <w:top w:val="single" w:sz="8" w:space="0" w:color="D9D9D9"/>
              <w:left w:val="single" w:sz="8" w:space="0" w:color="D9D9D9"/>
              <w:bottom w:val="single" w:sz="8" w:space="0" w:color="D9D9D9"/>
              <w:right w:val="single" w:sz="8" w:space="0" w:color="D9D9D9"/>
            </w:tcBorders>
            <w:tcMar>
              <w:top w:w="120" w:type="dxa"/>
              <w:left w:w="120" w:type="dxa"/>
              <w:bottom w:w="120" w:type="dxa"/>
              <w:right w:w="120" w:type="dxa"/>
            </w:tcMar>
            <w:vAlign w:val="center"/>
          </w:tcPr>
          <w:p w14:paraId="2A38E4C1" w14:textId="77777777" w:rsidR="007E6525" w:rsidRPr="00B40A54" w:rsidRDefault="002F0BD9">
            <w:pPr>
              <w:spacing w:after="0" w:line="252" w:lineRule="auto"/>
              <w:rPr>
                <w:lang w:val="fr-BE"/>
              </w:rPr>
            </w:pPr>
            <w:r w:rsidRPr="00B40A54">
              <w:rPr>
                <w:i/>
                <w:color w:val="666666"/>
                <w:sz w:val="18"/>
                <w:lang w:val="fr-BE"/>
              </w:rPr>
              <w:t>Bourgmestre/Échevin compétent et Secrétaire communal, ou Président de l’intercommunale</w:t>
            </w:r>
          </w:p>
        </w:tc>
      </w:tr>
    </w:tbl>
    <w:p w14:paraId="6CEED617" w14:textId="77777777" w:rsidR="007E6525" w:rsidRPr="00B40A54" w:rsidRDefault="007E6525">
      <w:pPr>
        <w:spacing w:after="40"/>
        <w:rPr>
          <w:lang w:val="fr-BE"/>
        </w:rPr>
      </w:pPr>
    </w:p>
    <w:p w14:paraId="21981F7A" w14:textId="77777777" w:rsidR="007E6525" w:rsidRPr="00B40A54" w:rsidRDefault="002F0BD9">
      <w:pPr>
        <w:pStyle w:val="Titre1"/>
        <w:rPr>
          <w:lang w:val="fr-BE"/>
        </w:rPr>
      </w:pPr>
      <w:r w:rsidRPr="000E4B76">
        <w:rPr>
          <w:color w:val="C92274"/>
          <w:lang w:val="fr-BE"/>
        </w:rPr>
        <w:t>2. Identification du projet</w:t>
      </w:r>
    </w:p>
    <w:tbl>
      <w:tblPr>
        <w:tblW w:w="0" w:type="auto"/>
        <w:jc w:val="center"/>
        <w:tblLook w:val="04A0" w:firstRow="1" w:lastRow="0" w:firstColumn="1" w:lastColumn="0" w:noHBand="0" w:noVBand="1"/>
      </w:tblPr>
      <w:tblGrid>
        <w:gridCol w:w="2835"/>
        <w:gridCol w:w="6633"/>
      </w:tblGrid>
      <w:tr w:rsidR="007E6525" w:rsidRPr="00B40A54" w14:paraId="6129D0F3" w14:textId="77777777">
        <w:trPr>
          <w:tblHeader/>
          <w:jc w:val="center"/>
        </w:trPr>
        <w:tc>
          <w:tcPr>
            <w:tcW w:w="6633" w:type="dxa"/>
            <w:gridSpan w:val="2"/>
            <w:tcBorders>
              <w:top w:val="single" w:sz="8" w:space="0" w:color="D9D9D9"/>
              <w:left w:val="single" w:sz="8" w:space="0" w:color="D9D9D9"/>
              <w:bottom w:val="single" w:sz="8" w:space="0" w:color="D9D9D9"/>
              <w:right w:val="single" w:sz="8" w:space="0" w:color="D9D9D9"/>
            </w:tcBorders>
            <w:shd w:val="clear" w:color="auto" w:fill="E6007E"/>
            <w:tcMar>
              <w:top w:w="120" w:type="dxa"/>
              <w:left w:w="120" w:type="dxa"/>
              <w:bottom w:w="120" w:type="dxa"/>
              <w:right w:w="120" w:type="dxa"/>
            </w:tcMar>
            <w:vAlign w:val="center"/>
          </w:tcPr>
          <w:p w14:paraId="63FC4D2E" w14:textId="77777777" w:rsidR="007E6525" w:rsidRPr="00B40A54" w:rsidRDefault="002F0BD9">
            <w:pPr>
              <w:spacing w:after="0" w:line="252" w:lineRule="auto"/>
              <w:rPr>
                <w:lang w:val="fr-BE"/>
              </w:rPr>
            </w:pPr>
            <w:r w:rsidRPr="00B40A54">
              <w:rPr>
                <w:b/>
                <w:color w:val="FFFFFF"/>
                <w:sz w:val="21"/>
                <w:lang w:val="fr-BE"/>
              </w:rPr>
              <w:t>Résumé du projet</w:t>
            </w:r>
          </w:p>
        </w:tc>
      </w:tr>
      <w:tr w:rsidR="007E6525" w:rsidRPr="00B40A54" w14:paraId="16A92E18" w14:textId="77777777">
        <w:trPr>
          <w:jc w:val="center"/>
        </w:trPr>
        <w:tc>
          <w:tcPr>
            <w:tcW w:w="2835" w:type="dxa"/>
            <w:tcBorders>
              <w:top w:val="single" w:sz="8" w:space="0" w:color="D9D9D9"/>
              <w:left w:val="single" w:sz="8" w:space="0" w:color="D9D9D9"/>
              <w:bottom w:val="single" w:sz="8" w:space="0" w:color="D9D9D9"/>
              <w:right w:val="single" w:sz="8" w:space="0" w:color="D9D9D9"/>
            </w:tcBorders>
            <w:shd w:val="clear" w:color="auto" w:fill="FCE4F1"/>
            <w:tcMar>
              <w:top w:w="120" w:type="dxa"/>
              <w:left w:w="120" w:type="dxa"/>
              <w:bottom w:w="120" w:type="dxa"/>
              <w:right w:w="120" w:type="dxa"/>
            </w:tcMar>
            <w:vAlign w:val="center"/>
          </w:tcPr>
          <w:p w14:paraId="1C41E20E" w14:textId="77777777" w:rsidR="007E6525" w:rsidRPr="00B40A54" w:rsidRDefault="002F0BD9">
            <w:pPr>
              <w:spacing w:after="0" w:line="252" w:lineRule="auto"/>
              <w:rPr>
                <w:lang w:val="fr-BE"/>
              </w:rPr>
            </w:pPr>
            <w:r w:rsidRPr="00B40A54">
              <w:rPr>
                <w:b/>
                <w:color w:val="333333"/>
                <w:lang w:val="fr-BE"/>
              </w:rPr>
              <w:t>Intitulé du projet</w:t>
            </w:r>
          </w:p>
        </w:tc>
        <w:tc>
          <w:tcPr>
            <w:tcW w:w="6633" w:type="dxa"/>
            <w:tcBorders>
              <w:top w:val="single" w:sz="8" w:space="0" w:color="D9D9D9"/>
              <w:left w:val="single" w:sz="8" w:space="0" w:color="D9D9D9"/>
              <w:bottom w:val="single" w:sz="8" w:space="0" w:color="D9D9D9"/>
              <w:right w:val="single" w:sz="8" w:space="0" w:color="D9D9D9"/>
            </w:tcBorders>
            <w:tcMar>
              <w:top w:w="120" w:type="dxa"/>
              <w:left w:w="120" w:type="dxa"/>
              <w:bottom w:w="120" w:type="dxa"/>
              <w:right w:w="120" w:type="dxa"/>
            </w:tcMar>
            <w:vAlign w:val="center"/>
          </w:tcPr>
          <w:p w14:paraId="2689FC84" w14:textId="77777777" w:rsidR="007E6525" w:rsidRPr="00B40A54" w:rsidRDefault="002F0BD9">
            <w:pPr>
              <w:spacing w:after="0" w:line="252" w:lineRule="auto"/>
              <w:rPr>
                <w:lang w:val="fr-BE"/>
              </w:rPr>
            </w:pPr>
            <w:r w:rsidRPr="00B40A54">
              <w:rPr>
                <w:sz w:val="18"/>
                <w:lang w:val="fr-BE"/>
              </w:rPr>
              <w:t xml:space="preserve"> </w:t>
            </w:r>
          </w:p>
        </w:tc>
      </w:tr>
      <w:tr w:rsidR="007E6525" w:rsidRPr="004709A0" w14:paraId="42C3F973" w14:textId="77777777">
        <w:trPr>
          <w:jc w:val="center"/>
        </w:trPr>
        <w:tc>
          <w:tcPr>
            <w:tcW w:w="2835" w:type="dxa"/>
            <w:tcBorders>
              <w:top w:val="single" w:sz="8" w:space="0" w:color="D9D9D9"/>
              <w:left w:val="single" w:sz="8" w:space="0" w:color="D9D9D9"/>
              <w:bottom w:val="single" w:sz="8" w:space="0" w:color="D9D9D9"/>
              <w:right w:val="single" w:sz="8" w:space="0" w:color="D9D9D9"/>
            </w:tcBorders>
            <w:shd w:val="clear" w:color="auto" w:fill="FCE4F1"/>
            <w:tcMar>
              <w:top w:w="120" w:type="dxa"/>
              <w:left w:w="120" w:type="dxa"/>
              <w:bottom w:w="120" w:type="dxa"/>
              <w:right w:w="120" w:type="dxa"/>
            </w:tcMar>
            <w:vAlign w:val="center"/>
          </w:tcPr>
          <w:p w14:paraId="735A15E6" w14:textId="77777777" w:rsidR="007E6525" w:rsidRPr="00B40A54" w:rsidRDefault="002F0BD9">
            <w:pPr>
              <w:spacing w:after="0" w:line="252" w:lineRule="auto"/>
              <w:rPr>
                <w:lang w:val="fr-BE"/>
              </w:rPr>
            </w:pPr>
            <w:r w:rsidRPr="00B40A54">
              <w:rPr>
                <w:b/>
                <w:color w:val="333333"/>
                <w:lang w:val="fr-BE"/>
              </w:rPr>
              <w:t>Lieu du projet</w:t>
            </w:r>
          </w:p>
        </w:tc>
        <w:tc>
          <w:tcPr>
            <w:tcW w:w="6633" w:type="dxa"/>
            <w:tcBorders>
              <w:top w:val="single" w:sz="8" w:space="0" w:color="D9D9D9"/>
              <w:left w:val="single" w:sz="8" w:space="0" w:color="D9D9D9"/>
              <w:bottom w:val="single" w:sz="8" w:space="0" w:color="D9D9D9"/>
              <w:right w:val="single" w:sz="8" w:space="0" w:color="D9D9D9"/>
            </w:tcBorders>
            <w:tcMar>
              <w:top w:w="120" w:type="dxa"/>
              <w:left w:w="120" w:type="dxa"/>
              <w:bottom w:w="120" w:type="dxa"/>
              <w:right w:w="120" w:type="dxa"/>
            </w:tcMar>
            <w:vAlign w:val="center"/>
          </w:tcPr>
          <w:p w14:paraId="620707D2" w14:textId="77777777" w:rsidR="007E6525" w:rsidRPr="00B40A54" w:rsidRDefault="002F0BD9">
            <w:pPr>
              <w:spacing w:after="0" w:line="252" w:lineRule="auto"/>
              <w:rPr>
                <w:lang w:val="fr-BE"/>
              </w:rPr>
            </w:pPr>
            <w:r w:rsidRPr="00B40A54">
              <w:rPr>
                <w:i/>
                <w:color w:val="666666"/>
                <w:sz w:val="18"/>
                <w:lang w:val="fr-BE"/>
              </w:rPr>
              <w:t>Nom du cimetière et adresse complète</w:t>
            </w:r>
          </w:p>
        </w:tc>
      </w:tr>
      <w:tr w:rsidR="007E6525" w:rsidRPr="004709A0" w14:paraId="55A3C1F7" w14:textId="77777777">
        <w:trPr>
          <w:jc w:val="center"/>
        </w:trPr>
        <w:tc>
          <w:tcPr>
            <w:tcW w:w="2835" w:type="dxa"/>
            <w:tcBorders>
              <w:top w:val="single" w:sz="8" w:space="0" w:color="D9D9D9"/>
              <w:left w:val="single" w:sz="8" w:space="0" w:color="D9D9D9"/>
              <w:bottom w:val="single" w:sz="8" w:space="0" w:color="D9D9D9"/>
              <w:right w:val="single" w:sz="8" w:space="0" w:color="D9D9D9"/>
            </w:tcBorders>
            <w:shd w:val="clear" w:color="auto" w:fill="FCE4F1"/>
            <w:tcMar>
              <w:top w:w="120" w:type="dxa"/>
              <w:left w:w="120" w:type="dxa"/>
              <w:bottom w:w="120" w:type="dxa"/>
              <w:right w:w="120" w:type="dxa"/>
            </w:tcMar>
            <w:vAlign w:val="center"/>
          </w:tcPr>
          <w:p w14:paraId="73459BC6" w14:textId="77777777" w:rsidR="007E6525" w:rsidRPr="00B40A54" w:rsidRDefault="002F0BD9">
            <w:pPr>
              <w:spacing w:after="0" w:line="252" w:lineRule="auto"/>
              <w:rPr>
                <w:lang w:val="fr-BE"/>
              </w:rPr>
            </w:pPr>
            <w:r w:rsidRPr="00B40A54">
              <w:rPr>
                <w:b/>
                <w:color w:val="333333"/>
                <w:lang w:val="fr-BE"/>
              </w:rPr>
              <w:t>Nature du projet</w:t>
            </w:r>
          </w:p>
        </w:tc>
        <w:tc>
          <w:tcPr>
            <w:tcW w:w="6633" w:type="dxa"/>
            <w:tcBorders>
              <w:top w:val="single" w:sz="8" w:space="0" w:color="D9D9D9"/>
              <w:left w:val="single" w:sz="8" w:space="0" w:color="D9D9D9"/>
              <w:bottom w:val="single" w:sz="8" w:space="0" w:color="D9D9D9"/>
              <w:right w:val="single" w:sz="8" w:space="0" w:color="D9D9D9"/>
            </w:tcBorders>
            <w:tcMar>
              <w:top w:w="120" w:type="dxa"/>
              <w:left w:w="120" w:type="dxa"/>
              <w:bottom w:w="120" w:type="dxa"/>
              <w:right w:w="120" w:type="dxa"/>
            </w:tcMar>
            <w:vAlign w:val="center"/>
          </w:tcPr>
          <w:p w14:paraId="5075E374" w14:textId="77777777" w:rsidR="007E6525" w:rsidRPr="00B40A54" w:rsidRDefault="002F0BD9">
            <w:pPr>
              <w:spacing w:after="0" w:line="252" w:lineRule="auto"/>
              <w:rPr>
                <w:lang w:val="fr-BE"/>
              </w:rPr>
            </w:pPr>
            <w:r w:rsidRPr="00B40A54">
              <w:rPr>
                <w:i/>
                <w:color w:val="666666"/>
                <w:sz w:val="18"/>
                <w:lang w:val="fr-BE"/>
              </w:rPr>
              <w:t>☐ Travaux   ☐ Achat ou mise à disposition d’un terrain   ☐ Achat de machines spécifiques   ☐ Projet global</w:t>
            </w:r>
          </w:p>
        </w:tc>
      </w:tr>
      <w:tr w:rsidR="007E6525" w:rsidRPr="004709A0" w14:paraId="42B37B0E" w14:textId="77777777">
        <w:trPr>
          <w:jc w:val="center"/>
        </w:trPr>
        <w:tc>
          <w:tcPr>
            <w:tcW w:w="2835" w:type="dxa"/>
            <w:tcBorders>
              <w:top w:val="single" w:sz="8" w:space="0" w:color="D9D9D9"/>
              <w:left w:val="single" w:sz="8" w:space="0" w:color="D9D9D9"/>
              <w:bottom w:val="single" w:sz="8" w:space="0" w:color="D9D9D9"/>
              <w:right w:val="single" w:sz="8" w:space="0" w:color="D9D9D9"/>
            </w:tcBorders>
            <w:shd w:val="clear" w:color="auto" w:fill="FCE4F1"/>
            <w:tcMar>
              <w:top w:w="120" w:type="dxa"/>
              <w:left w:w="120" w:type="dxa"/>
              <w:bottom w:w="120" w:type="dxa"/>
              <w:right w:w="120" w:type="dxa"/>
            </w:tcMar>
            <w:vAlign w:val="center"/>
          </w:tcPr>
          <w:p w14:paraId="0654FEFE" w14:textId="77777777" w:rsidR="007E6525" w:rsidRPr="00B40A54" w:rsidRDefault="002F0BD9">
            <w:pPr>
              <w:spacing w:after="0" w:line="252" w:lineRule="auto"/>
              <w:rPr>
                <w:lang w:val="fr-BE"/>
              </w:rPr>
            </w:pPr>
            <w:r w:rsidRPr="00B40A54">
              <w:rPr>
                <w:b/>
                <w:color w:val="333333"/>
                <w:lang w:val="fr-BE"/>
              </w:rPr>
              <w:t>Ordre de priorité</w:t>
            </w:r>
          </w:p>
        </w:tc>
        <w:tc>
          <w:tcPr>
            <w:tcW w:w="6633" w:type="dxa"/>
            <w:tcBorders>
              <w:top w:val="single" w:sz="8" w:space="0" w:color="D9D9D9"/>
              <w:left w:val="single" w:sz="8" w:space="0" w:color="D9D9D9"/>
              <w:bottom w:val="single" w:sz="8" w:space="0" w:color="D9D9D9"/>
              <w:right w:val="single" w:sz="8" w:space="0" w:color="D9D9D9"/>
            </w:tcBorders>
            <w:tcMar>
              <w:top w:w="120" w:type="dxa"/>
              <w:left w:w="120" w:type="dxa"/>
              <w:bottom w:w="120" w:type="dxa"/>
              <w:right w:w="120" w:type="dxa"/>
            </w:tcMar>
            <w:vAlign w:val="center"/>
          </w:tcPr>
          <w:p w14:paraId="05C71D16" w14:textId="77777777" w:rsidR="007E6525" w:rsidRPr="00B40A54" w:rsidRDefault="002F0BD9">
            <w:pPr>
              <w:spacing w:after="0" w:line="252" w:lineRule="auto"/>
              <w:rPr>
                <w:lang w:val="fr-BE"/>
              </w:rPr>
            </w:pPr>
            <w:r w:rsidRPr="00B40A54">
              <w:rPr>
                <w:i/>
                <w:color w:val="666666"/>
                <w:sz w:val="18"/>
                <w:lang w:val="fr-BE"/>
              </w:rPr>
              <w:t>À compléter si plusieurs projets sont introduits par le même demandeur</w:t>
            </w:r>
          </w:p>
        </w:tc>
      </w:tr>
      <w:tr w:rsidR="007E6525" w:rsidRPr="004709A0" w14:paraId="32D891CD" w14:textId="77777777">
        <w:trPr>
          <w:jc w:val="center"/>
        </w:trPr>
        <w:tc>
          <w:tcPr>
            <w:tcW w:w="2835" w:type="dxa"/>
            <w:tcBorders>
              <w:top w:val="single" w:sz="8" w:space="0" w:color="D9D9D9"/>
              <w:left w:val="single" w:sz="8" w:space="0" w:color="D9D9D9"/>
              <w:bottom w:val="single" w:sz="8" w:space="0" w:color="D9D9D9"/>
              <w:right w:val="single" w:sz="8" w:space="0" w:color="D9D9D9"/>
            </w:tcBorders>
            <w:shd w:val="clear" w:color="auto" w:fill="FCE4F1"/>
            <w:tcMar>
              <w:top w:w="120" w:type="dxa"/>
              <w:left w:w="120" w:type="dxa"/>
              <w:bottom w:w="120" w:type="dxa"/>
              <w:right w:w="120" w:type="dxa"/>
            </w:tcMar>
            <w:vAlign w:val="center"/>
          </w:tcPr>
          <w:p w14:paraId="7A84AC69" w14:textId="77777777" w:rsidR="007E6525" w:rsidRPr="00B40A54" w:rsidRDefault="002F0BD9">
            <w:pPr>
              <w:spacing w:after="0" w:line="252" w:lineRule="auto"/>
              <w:rPr>
                <w:lang w:val="fr-BE"/>
              </w:rPr>
            </w:pPr>
            <w:r w:rsidRPr="00B40A54">
              <w:rPr>
                <w:b/>
                <w:color w:val="333333"/>
                <w:lang w:val="fr-BE"/>
              </w:rPr>
              <w:t>Montant total estimé</w:t>
            </w:r>
          </w:p>
        </w:tc>
        <w:tc>
          <w:tcPr>
            <w:tcW w:w="6633" w:type="dxa"/>
            <w:tcBorders>
              <w:top w:val="single" w:sz="8" w:space="0" w:color="D9D9D9"/>
              <w:left w:val="single" w:sz="8" w:space="0" w:color="D9D9D9"/>
              <w:bottom w:val="single" w:sz="8" w:space="0" w:color="D9D9D9"/>
              <w:right w:val="single" w:sz="8" w:space="0" w:color="D9D9D9"/>
            </w:tcBorders>
            <w:tcMar>
              <w:top w:w="120" w:type="dxa"/>
              <w:left w:w="120" w:type="dxa"/>
              <w:bottom w:w="120" w:type="dxa"/>
              <w:right w:w="120" w:type="dxa"/>
            </w:tcMar>
            <w:vAlign w:val="center"/>
          </w:tcPr>
          <w:p w14:paraId="4ED740AA" w14:textId="77777777" w:rsidR="007E6525" w:rsidRPr="00B40A54" w:rsidRDefault="002F0BD9">
            <w:pPr>
              <w:spacing w:after="0" w:line="252" w:lineRule="auto"/>
              <w:rPr>
                <w:lang w:val="fr-BE"/>
              </w:rPr>
            </w:pPr>
            <w:r w:rsidRPr="00B40A54">
              <w:rPr>
                <w:i/>
                <w:color w:val="666666"/>
                <w:sz w:val="18"/>
                <w:lang w:val="fr-BE"/>
              </w:rPr>
              <w:t>Montant HTVA / TVAC, le cas échéant</w:t>
            </w:r>
          </w:p>
        </w:tc>
      </w:tr>
      <w:tr w:rsidR="007E6525" w:rsidRPr="004709A0" w14:paraId="0BAB20BA" w14:textId="77777777">
        <w:trPr>
          <w:jc w:val="center"/>
        </w:trPr>
        <w:tc>
          <w:tcPr>
            <w:tcW w:w="2835" w:type="dxa"/>
            <w:tcBorders>
              <w:top w:val="single" w:sz="8" w:space="0" w:color="D9D9D9"/>
              <w:left w:val="single" w:sz="8" w:space="0" w:color="D9D9D9"/>
              <w:bottom w:val="single" w:sz="8" w:space="0" w:color="D9D9D9"/>
              <w:right w:val="single" w:sz="8" w:space="0" w:color="D9D9D9"/>
            </w:tcBorders>
            <w:shd w:val="clear" w:color="auto" w:fill="FCE4F1"/>
            <w:tcMar>
              <w:top w:w="120" w:type="dxa"/>
              <w:left w:w="120" w:type="dxa"/>
              <w:bottom w:w="120" w:type="dxa"/>
              <w:right w:w="120" w:type="dxa"/>
            </w:tcMar>
            <w:vAlign w:val="center"/>
          </w:tcPr>
          <w:p w14:paraId="395E295C" w14:textId="77777777" w:rsidR="007E6525" w:rsidRPr="00B40A54" w:rsidRDefault="002F0BD9">
            <w:pPr>
              <w:spacing w:after="0" w:line="252" w:lineRule="auto"/>
              <w:rPr>
                <w:lang w:val="fr-BE"/>
              </w:rPr>
            </w:pPr>
            <w:r w:rsidRPr="00B40A54">
              <w:rPr>
                <w:b/>
                <w:color w:val="333333"/>
                <w:lang w:val="fr-BE"/>
              </w:rPr>
              <w:t>Disponibilité visée</w:t>
            </w:r>
          </w:p>
        </w:tc>
        <w:tc>
          <w:tcPr>
            <w:tcW w:w="6633" w:type="dxa"/>
            <w:tcBorders>
              <w:top w:val="single" w:sz="8" w:space="0" w:color="D9D9D9"/>
              <w:left w:val="single" w:sz="8" w:space="0" w:color="D9D9D9"/>
              <w:bottom w:val="single" w:sz="8" w:space="0" w:color="D9D9D9"/>
              <w:right w:val="single" w:sz="8" w:space="0" w:color="D9D9D9"/>
            </w:tcBorders>
            <w:tcMar>
              <w:top w:w="120" w:type="dxa"/>
              <w:left w:w="120" w:type="dxa"/>
              <w:bottom w:w="120" w:type="dxa"/>
              <w:right w:w="120" w:type="dxa"/>
            </w:tcMar>
            <w:vAlign w:val="center"/>
          </w:tcPr>
          <w:p w14:paraId="6C6577A0" w14:textId="77777777" w:rsidR="007E6525" w:rsidRPr="00B40A54" w:rsidRDefault="002F0BD9">
            <w:pPr>
              <w:spacing w:after="0" w:line="252" w:lineRule="auto"/>
              <w:rPr>
                <w:lang w:val="fr-BE"/>
              </w:rPr>
            </w:pPr>
            <w:r w:rsidRPr="00B40A54">
              <w:rPr>
                <w:i/>
                <w:color w:val="666666"/>
                <w:sz w:val="18"/>
                <w:lang w:val="fr-BE"/>
              </w:rPr>
              <w:t>Date à laquelle la parcelle, les terres ou les équipements seront fonctionnels et mis à disposition du public</w:t>
            </w:r>
          </w:p>
        </w:tc>
      </w:tr>
    </w:tbl>
    <w:p w14:paraId="3F132CC1" w14:textId="77777777" w:rsidR="007E6525" w:rsidRPr="00B40A54" w:rsidRDefault="007E6525">
      <w:pPr>
        <w:spacing w:after="40"/>
        <w:rPr>
          <w:lang w:val="fr-BE"/>
        </w:rPr>
      </w:pPr>
    </w:p>
    <w:p w14:paraId="5DA8AFE5" w14:textId="77777777" w:rsidR="007E6525" w:rsidRPr="00B40A54" w:rsidRDefault="002F0BD9">
      <w:pPr>
        <w:spacing w:before="100" w:after="40"/>
        <w:rPr>
          <w:lang w:val="fr-BE"/>
        </w:rPr>
      </w:pPr>
      <w:r w:rsidRPr="00B40A54">
        <w:rPr>
          <w:b/>
          <w:color w:val="334C73"/>
          <w:sz w:val="21"/>
          <w:lang w:val="fr-BE"/>
        </w:rPr>
        <w:t>Description synthétique du projet</w:t>
      </w:r>
    </w:p>
    <w:tbl>
      <w:tblPr>
        <w:tblW w:w="0" w:type="auto"/>
        <w:jc w:val="center"/>
        <w:tblLook w:val="04A0" w:firstRow="1" w:lastRow="0" w:firstColumn="1" w:lastColumn="0" w:noHBand="0" w:noVBand="1"/>
      </w:tblPr>
      <w:tblGrid>
        <w:gridCol w:w="10292"/>
      </w:tblGrid>
      <w:tr w:rsidR="007E6525" w:rsidRPr="004709A0" w14:paraId="1F4849CE" w14:textId="77777777">
        <w:trPr>
          <w:jc w:val="center"/>
        </w:trPr>
        <w:tc>
          <w:tcPr>
            <w:tcW w:w="10312" w:type="dxa"/>
            <w:tcBorders>
              <w:top w:val="single" w:sz="8" w:space="0" w:color="D9D9D9"/>
              <w:left w:val="single" w:sz="8" w:space="0" w:color="D9D9D9"/>
              <w:bottom w:val="single" w:sz="8" w:space="0" w:color="D9D9D9"/>
              <w:right w:val="single" w:sz="8" w:space="0" w:color="D9D9D9"/>
            </w:tcBorders>
            <w:shd w:val="clear" w:color="auto" w:fill="FFFFFF"/>
            <w:tcMar>
              <w:top w:w="120" w:type="dxa"/>
              <w:left w:w="120" w:type="dxa"/>
              <w:bottom w:w="120" w:type="dxa"/>
              <w:right w:w="120" w:type="dxa"/>
            </w:tcMar>
            <w:vAlign w:val="center"/>
          </w:tcPr>
          <w:p w14:paraId="2B70BE7B" w14:textId="0B54747A" w:rsidR="007E6525" w:rsidRPr="00B40A54" w:rsidRDefault="002F0BD9">
            <w:pPr>
              <w:spacing w:after="0" w:line="252" w:lineRule="auto"/>
              <w:rPr>
                <w:lang w:val="fr-BE"/>
              </w:rPr>
            </w:pPr>
            <w:r w:rsidRPr="00B40A54">
              <w:rPr>
                <w:i/>
                <w:color w:val="777777"/>
                <w:sz w:val="17"/>
                <w:lang w:val="fr-BE"/>
              </w:rPr>
              <w:t>Décrire en quelques lignes l’objectif du projet, le besoin visé et le résultat attendu.</w:t>
            </w:r>
            <w:r w:rsidRPr="00B40A54">
              <w:rPr>
                <w:lang w:val="fr-BE"/>
              </w:rPr>
              <w:br/>
            </w:r>
            <w:r w:rsidRPr="00B40A54">
              <w:rPr>
                <w:lang w:val="fr-BE"/>
              </w:rPr>
              <w:br/>
            </w:r>
            <w:r w:rsidRPr="00B40A54">
              <w:rPr>
                <w:lang w:val="fr-BE"/>
              </w:rPr>
              <w:br/>
            </w:r>
            <w:r w:rsidRPr="00B40A54">
              <w:rPr>
                <w:lang w:val="fr-BE"/>
              </w:rPr>
              <w:br/>
            </w:r>
            <w:r w:rsidRPr="00B40A54">
              <w:rPr>
                <w:lang w:val="fr-BE"/>
              </w:rPr>
              <w:br/>
            </w:r>
          </w:p>
        </w:tc>
      </w:tr>
    </w:tbl>
    <w:p w14:paraId="33442480" w14:textId="79D56B5C" w:rsidR="007E6525" w:rsidRPr="00B40A54" w:rsidRDefault="002F0BD9">
      <w:pPr>
        <w:pStyle w:val="Titre1"/>
        <w:rPr>
          <w:lang w:val="fr-BE"/>
        </w:rPr>
      </w:pPr>
      <w:r w:rsidRPr="000E4B76">
        <w:rPr>
          <w:color w:val="C92274"/>
          <w:lang w:val="fr-BE"/>
        </w:rPr>
        <w:lastRenderedPageBreak/>
        <w:t>3. Éléments demandés au point 3 « Critères de sélection »</w:t>
      </w:r>
    </w:p>
    <w:tbl>
      <w:tblPr>
        <w:tblW w:w="0" w:type="auto"/>
        <w:jc w:val="center"/>
        <w:tblLook w:val="04A0" w:firstRow="1" w:lastRow="0" w:firstColumn="1" w:lastColumn="0" w:noHBand="0" w:noVBand="1"/>
      </w:tblPr>
      <w:tblGrid>
        <w:gridCol w:w="10282"/>
      </w:tblGrid>
      <w:tr w:rsidR="007E6525" w:rsidRPr="004709A0" w14:paraId="2099B772" w14:textId="77777777">
        <w:trPr>
          <w:jc w:val="center"/>
        </w:trPr>
        <w:tc>
          <w:tcPr>
            <w:tcW w:w="10312" w:type="dxa"/>
            <w:tcBorders>
              <w:top w:val="single" w:sz="12" w:space="0" w:color="E6007E"/>
              <w:left w:val="single" w:sz="12" w:space="0" w:color="E6007E"/>
              <w:bottom w:val="single" w:sz="12" w:space="0" w:color="E6007E"/>
              <w:right w:val="single" w:sz="12" w:space="0" w:color="E6007E"/>
            </w:tcBorders>
            <w:shd w:val="clear" w:color="auto" w:fill="FCE4F1"/>
            <w:tcMar>
              <w:top w:w="160" w:type="dxa"/>
              <w:left w:w="180" w:type="dxa"/>
              <w:bottom w:w="160" w:type="dxa"/>
              <w:right w:w="180" w:type="dxa"/>
            </w:tcMar>
          </w:tcPr>
          <w:p w14:paraId="583912F9" w14:textId="77777777" w:rsidR="007E6525" w:rsidRPr="00B40A54" w:rsidRDefault="002F0BD9">
            <w:pPr>
              <w:spacing w:after="0"/>
              <w:rPr>
                <w:lang w:val="fr-BE"/>
              </w:rPr>
            </w:pPr>
            <w:r w:rsidRPr="00B40A54">
              <w:rPr>
                <w:color w:val="333333"/>
                <w:lang w:val="fr-BE"/>
              </w:rPr>
              <w:t>Cette partie reprend les éléments factuels à fournir afin de permettre l’appréciation du projet selon les trois critères de sélection. Les réponses peuvent renvoyer à des annexes, études, plans, estimations ou documents justificatifs.</w:t>
            </w:r>
          </w:p>
        </w:tc>
      </w:tr>
    </w:tbl>
    <w:p w14:paraId="441F53D9" w14:textId="77777777" w:rsidR="007E6525" w:rsidRPr="00B40A54" w:rsidRDefault="002F0BD9">
      <w:pPr>
        <w:pStyle w:val="Titre2"/>
        <w:rPr>
          <w:lang w:val="fr-BE"/>
        </w:rPr>
      </w:pPr>
      <w:r w:rsidRPr="000E4B76">
        <w:rPr>
          <w:color w:val="C92274"/>
          <w:lang w:val="fr-BE"/>
        </w:rPr>
        <w:t>3.1 Adéquation du projet avec les besoins de la population – cotation / 40</w:t>
      </w:r>
    </w:p>
    <w:p w14:paraId="00E097F5" w14:textId="77777777" w:rsidR="007E6525" w:rsidRPr="00B40A54" w:rsidRDefault="002F0BD9">
      <w:pPr>
        <w:spacing w:before="100" w:after="40"/>
        <w:rPr>
          <w:lang w:val="fr-BE"/>
        </w:rPr>
      </w:pPr>
      <w:r w:rsidRPr="00B40A54">
        <w:rPr>
          <w:b/>
          <w:color w:val="334C73"/>
          <w:sz w:val="21"/>
          <w:lang w:val="fr-BE"/>
        </w:rPr>
        <w:t>Besoin effectif de la population</w:t>
      </w:r>
    </w:p>
    <w:tbl>
      <w:tblPr>
        <w:tblW w:w="0" w:type="auto"/>
        <w:jc w:val="center"/>
        <w:tblLook w:val="04A0" w:firstRow="1" w:lastRow="0" w:firstColumn="1" w:lastColumn="0" w:noHBand="0" w:noVBand="1"/>
      </w:tblPr>
      <w:tblGrid>
        <w:gridCol w:w="10292"/>
      </w:tblGrid>
      <w:tr w:rsidR="007E6525" w:rsidRPr="004709A0" w14:paraId="7B3E6A3E" w14:textId="77777777">
        <w:trPr>
          <w:jc w:val="center"/>
        </w:trPr>
        <w:tc>
          <w:tcPr>
            <w:tcW w:w="10312" w:type="dxa"/>
            <w:tcBorders>
              <w:top w:val="single" w:sz="8" w:space="0" w:color="D9D9D9"/>
              <w:left w:val="single" w:sz="8" w:space="0" w:color="D9D9D9"/>
              <w:bottom w:val="single" w:sz="8" w:space="0" w:color="D9D9D9"/>
              <w:right w:val="single" w:sz="8" w:space="0" w:color="D9D9D9"/>
            </w:tcBorders>
            <w:shd w:val="clear" w:color="auto" w:fill="FFFFFF"/>
            <w:tcMar>
              <w:top w:w="120" w:type="dxa"/>
              <w:left w:w="120" w:type="dxa"/>
              <w:bottom w:w="120" w:type="dxa"/>
              <w:right w:w="120" w:type="dxa"/>
            </w:tcMar>
            <w:vAlign w:val="center"/>
          </w:tcPr>
          <w:p w14:paraId="4332499A" w14:textId="434281D3" w:rsidR="007E6525" w:rsidRPr="00B40A54" w:rsidRDefault="002F0BD9">
            <w:pPr>
              <w:spacing w:after="0" w:line="252" w:lineRule="auto"/>
              <w:rPr>
                <w:lang w:val="fr-BE"/>
              </w:rPr>
            </w:pPr>
            <w:r w:rsidRPr="00B40A54">
              <w:rPr>
                <w:i/>
                <w:color w:val="777777"/>
                <w:sz w:val="17"/>
                <w:lang w:val="fr-BE"/>
              </w:rPr>
              <w:t>Le projet répond-il à un besoin effectif ? Existe-t-il déjà des parcelles multiconfessionnelles ou réservées à un rite particulier dont la taille est insuffisante</w:t>
            </w:r>
            <w:r w:rsidR="0036060A">
              <w:rPr>
                <w:i/>
                <w:color w:val="777777"/>
                <w:sz w:val="17"/>
                <w:lang w:val="fr-BE"/>
              </w:rPr>
              <w:t xml:space="preserve"> (dé</w:t>
            </w:r>
            <w:r w:rsidR="0036060A" w:rsidRPr="0036060A">
              <w:rPr>
                <w:i/>
                <w:iCs/>
                <w:color w:val="777777"/>
                <w:sz w:val="17"/>
                <w:lang w:val="fr-BE"/>
              </w:rPr>
              <w:t>crire</w:t>
            </w:r>
            <w:r w:rsidR="0036060A" w:rsidRPr="0036060A">
              <w:rPr>
                <w:i/>
                <w:color w:val="777777"/>
                <w:sz w:val="17"/>
                <w:lang w:val="fr-BE"/>
              </w:rPr>
              <w:t xml:space="preserve"> la grandeur, le nombre de places disponibles</w:t>
            </w:r>
            <w:r w:rsidR="0036060A">
              <w:rPr>
                <w:i/>
                <w:color w:val="777777"/>
                <w:sz w:val="17"/>
                <w:lang w:val="fr-BE"/>
              </w:rPr>
              <w:t xml:space="preserve"> et</w:t>
            </w:r>
            <w:r w:rsidR="0036060A" w:rsidRPr="0036060A">
              <w:rPr>
                <w:i/>
                <w:color w:val="777777"/>
                <w:sz w:val="17"/>
                <w:lang w:val="fr-BE"/>
              </w:rPr>
              <w:t xml:space="preserve"> le public concerné</w:t>
            </w:r>
            <w:r w:rsidR="0036060A">
              <w:rPr>
                <w:i/>
                <w:color w:val="777777"/>
                <w:sz w:val="17"/>
                <w:lang w:val="fr-BE"/>
              </w:rPr>
              <w:t>)</w:t>
            </w:r>
            <w:r w:rsidRPr="00B40A54">
              <w:rPr>
                <w:i/>
                <w:color w:val="777777"/>
                <w:sz w:val="17"/>
                <w:lang w:val="fr-BE"/>
              </w:rPr>
              <w:t>, ou aucune parcelle n’existe-t-elle malgré le besoin ? Y a-t-il une urgence à combler le manque ?</w:t>
            </w:r>
            <w:r w:rsidRPr="00B40A54">
              <w:rPr>
                <w:lang w:val="fr-BE"/>
              </w:rPr>
              <w:br/>
            </w:r>
            <w:r w:rsidRPr="00B40A54">
              <w:rPr>
                <w:lang w:val="fr-BE"/>
              </w:rPr>
              <w:br/>
            </w:r>
            <w:r w:rsidRPr="00B40A54">
              <w:rPr>
                <w:lang w:val="fr-BE"/>
              </w:rPr>
              <w:br/>
            </w:r>
            <w:r w:rsidRPr="00B40A54">
              <w:rPr>
                <w:lang w:val="fr-BE"/>
              </w:rPr>
              <w:br/>
            </w:r>
            <w:r w:rsidRPr="00B40A54">
              <w:rPr>
                <w:lang w:val="fr-BE"/>
              </w:rPr>
              <w:br/>
            </w:r>
          </w:p>
        </w:tc>
      </w:tr>
    </w:tbl>
    <w:p w14:paraId="247EB4E7" w14:textId="77777777" w:rsidR="007E6525" w:rsidRPr="00B40A54" w:rsidRDefault="002F0BD9">
      <w:pPr>
        <w:spacing w:before="100" w:after="40"/>
        <w:rPr>
          <w:lang w:val="fr-BE"/>
        </w:rPr>
      </w:pPr>
      <w:r w:rsidRPr="00B40A54">
        <w:rPr>
          <w:b/>
          <w:color w:val="334C73"/>
          <w:sz w:val="21"/>
          <w:lang w:val="fr-BE"/>
        </w:rPr>
        <w:t>Prise en compte des cultes et conceptions philosophiques non confessionnelles reconnues</w:t>
      </w:r>
    </w:p>
    <w:tbl>
      <w:tblPr>
        <w:tblW w:w="0" w:type="auto"/>
        <w:jc w:val="center"/>
        <w:tblLook w:val="04A0" w:firstRow="1" w:lastRow="0" w:firstColumn="1" w:lastColumn="0" w:noHBand="0" w:noVBand="1"/>
      </w:tblPr>
      <w:tblGrid>
        <w:gridCol w:w="10292"/>
      </w:tblGrid>
      <w:tr w:rsidR="007E6525" w:rsidRPr="004709A0" w14:paraId="7FD9F38D" w14:textId="77777777">
        <w:trPr>
          <w:jc w:val="center"/>
        </w:trPr>
        <w:tc>
          <w:tcPr>
            <w:tcW w:w="10312" w:type="dxa"/>
            <w:tcBorders>
              <w:top w:val="single" w:sz="8" w:space="0" w:color="D9D9D9"/>
              <w:left w:val="single" w:sz="8" w:space="0" w:color="D9D9D9"/>
              <w:bottom w:val="single" w:sz="8" w:space="0" w:color="D9D9D9"/>
              <w:right w:val="single" w:sz="8" w:space="0" w:color="D9D9D9"/>
            </w:tcBorders>
            <w:shd w:val="clear" w:color="auto" w:fill="FFFFFF"/>
            <w:tcMar>
              <w:top w:w="120" w:type="dxa"/>
              <w:left w:w="120" w:type="dxa"/>
              <w:bottom w:w="120" w:type="dxa"/>
              <w:right w:w="120" w:type="dxa"/>
            </w:tcMar>
            <w:vAlign w:val="center"/>
          </w:tcPr>
          <w:p w14:paraId="2BEEB672" w14:textId="501A0278" w:rsidR="007E6525" w:rsidRPr="00B40A54" w:rsidRDefault="002F0BD9">
            <w:pPr>
              <w:spacing w:after="0" w:line="252" w:lineRule="auto"/>
              <w:rPr>
                <w:lang w:val="fr-BE"/>
              </w:rPr>
            </w:pPr>
            <w:r w:rsidRPr="00B40A54">
              <w:rPr>
                <w:i/>
                <w:color w:val="777777"/>
                <w:sz w:val="17"/>
                <w:lang w:val="fr-BE"/>
              </w:rPr>
              <w:t>Le projet a-t-il fait l’objet d’une étude relative à la manière de répondre aux exigences des divers cultes et conceptions philosophiques non confessionnelles reconnues ?</w:t>
            </w:r>
            <w:r w:rsidR="00B03AED" w:rsidRPr="004709A0">
              <w:rPr>
                <w:lang w:val="fr-BE"/>
              </w:rPr>
              <w:t xml:space="preserve"> </w:t>
            </w:r>
            <w:r w:rsidR="00B03AED" w:rsidRPr="00B03AED">
              <w:rPr>
                <w:i/>
                <w:color w:val="777777"/>
                <w:sz w:val="17"/>
                <w:lang w:val="fr-BE"/>
              </w:rPr>
              <w:t>Lister les cultes reconnus et les conceptions philosophiques non confessionnelles reconnues qui pourront bénéficier de la parcelle afin de procéder à des inhumations et rites funéraires spécifiques</w:t>
            </w:r>
            <w:r w:rsidRPr="00B40A54">
              <w:rPr>
                <w:lang w:val="fr-BE"/>
              </w:rPr>
              <w:br/>
            </w:r>
            <w:r w:rsidRPr="00B40A54">
              <w:rPr>
                <w:lang w:val="fr-BE"/>
              </w:rPr>
              <w:br/>
            </w:r>
            <w:r w:rsidRPr="00B40A54">
              <w:rPr>
                <w:lang w:val="fr-BE"/>
              </w:rPr>
              <w:br/>
            </w:r>
            <w:r w:rsidRPr="00B40A54">
              <w:rPr>
                <w:lang w:val="fr-BE"/>
              </w:rPr>
              <w:br/>
            </w:r>
            <w:r w:rsidRPr="00B40A54">
              <w:rPr>
                <w:lang w:val="fr-BE"/>
              </w:rPr>
              <w:br/>
            </w:r>
          </w:p>
        </w:tc>
      </w:tr>
    </w:tbl>
    <w:p w14:paraId="676154A4" w14:textId="77777777" w:rsidR="007E6525" w:rsidRPr="00B40A54" w:rsidRDefault="002F0BD9">
      <w:pPr>
        <w:spacing w:before="100" w:after="40"/>
        <w:rPr>
          <w:lang w:val="fr-BE"/>
        </w:rPr>
      </w:pPr>
      <w:r w:rsidRPr="00B40A54">
        <w:rPr>
          <w:b/>
          <w:color w:val="334C73"/>
          <w:sz w:val="21"/>
          <w:lang w:val="fr-BE"/>
        </w:rPr>
        <w:t>Données relatives aux demandes d’inhumation</w:t>
      </w:r>
    </w:p>
    <w:tbl>
      <w:tblPr>
        <w:tblW w:w="0" w:type="auto"/>
        <w:jc w:val="center"/>
        <w:tblLook w:val="04A0" w:firstRow="1" w:lastRow="0" w:firstColumn="1" w:lastColumn="0" w:noHBand="0" w:noVBand="1"/>
      </w:tblPr>
      <w:tblGrid>
        <w:gridCol w:w="10292"/>
      </w:tblGrid>
      <w:tr w:rsidR="007E6525" w:rsidRPr="00B40A54" w14:paraId="3D20B031" w14:textId="77777777">
        <w:trPr>
          <w:jc w:val="center"/>
        </w:trPr>
        <w:tc>
          <w:tcPr>
            <w:tcW w:w="10312" w:type="dxa"/>
            <w:tcBorders>
              <w:top w:val="single" w:sz="8" w:space="0" w:color="D9D9D9"/>
              <w:left w:val="single" w:sz="8" w:space="0" w:color="D9D9D9"/>
              <w:bottom w:val="single" w:sz="8" w:space="0" w:color="D9D9D9"/>
              <w:right w:val="single" w:sz="8" w:space="0" w:color="D9D9D9"/>
            </w:tcBorders>
            <w:shd w:val="clear" w:color="auto" w:fill="FFFFFF"/>
            <w:tcMar>
              <w:top w:w="120" w:type="dxa"/>
              <w:left w:w="120" w:type="dxa"/>
              <w:bottom w:w="120" w:type="dxa"/>
              <w:right w:w="120" w:type="dxa"/>
            </w:tcMar>
            <w:vAlign w:val="center"/>
          </w:tcPr>
          <w:p w14:paraId="1BF9117D" w14:textId="6B707C62" w:rsidR="007E6525" w:rsidRPr="00B40A54" w:rsidRDefault="002F0BD9">
            <w:pPr>
              <w:spacing w:after="0" w:line="252" w:lineRule="auto"/>
              <w:rPr>
                <w:lang w:val="fr-BE"/>
              </w:rPr>
            </w:pPr>
            <w:r w:rsidRPr="00B40A54">
              <w:rPr>
                <w:i/>
                <w:color w:val="777777"/>
                <w:sz w:val="17"/>
                <w:lang w:val="fr-BE"/>
              </w:rPr>
              <w:t>Existe-t-il des données relatives aux demandes d’inhumation émanant de personnes adhérant aux cultes et conceptions philosophiques non confessionnelles reconnues ?</w:t>
            </w:r>
            <w:r w:rsidR="0036060A">
              <w:rPr>
                <w:i/>
                <w:color w:val="777777"/>
                <w:sz w:val="17"/>
                <w:lang w:val="fr-BE"/>
              </w:rPr>
              <w:t xml:space="preserve"> Quels sont les besoins de la population ?</w:t>
            </w:r>
            <w:r w:rsidRPr="00B40A54">
              <w:rPr>
                <w:lang w:val="fr-BE"/>
              </w:rPr>
              <w:br/>
            </w:r>
            <w:r w:rsidRPr="00B40A54">
              <w:rPr>
                <w:lang w:val="fr-BE"/>
              </w:rPr>
              <w:br/>
            </w:r>
            <w:r w:rsidRPr="00B40A54">
              <w:rPr>
                <w:lang w:val="fr-BE"/>
              </w:rPr>
              <w:br/>
            </w:r>
            <w:r w:rsidRPr="00B40A54">
              <w:rPr>
                <w:lang w:val="fr-BE"/>
              </w:rPr>
              <w:br/>
            </w:r>
            <w:r w:rsidRPr="00B40A54">
              <w:rPr>
                <w:lang w:val="fr-BE"/>
              </w:rPr>
              <w:br/>
            </w:r>
          </w:p>
        </w:tc>
      </w:tr>
    </w:tbl>
    <w:p w14:paraId="2A142217" w14:textId="77777777" w:rsidR="007E6525" w:rsidRPr="00B40A54" w:rsidRDefault="002F0BD9">
      <w:pPr>
        <w:spacing w:before="100" w:after="40"/>
        <w:rPr>
          <w:lang w:val="fr-BE"/>
        </w:rPr>
      </w:pPr>
      <w:r w:rsidRPr="00B40A54">
        <w:rPr>
          <w:b/>
          <w:color w:val="334C73"/>
          <w:sz w:val="21"/>
          <w:lang w:val="fr-BE"/>
        </w:rPr>
        <w:t>Capacité de la parcelle et demande estimée</w:t>
      </w:r>
    </w:p>
    <w:tbl>
      <w:tblPr>
        <w:tblW w:w="0" w:type="auto"/>
        <w:jc w:val="center"/>
        <w:tblLook w:val="04A0" w:firstRow="1" w:lastRow="0" w:firstColumn="1" w:lastColumn="0" w:noHBand="0" w:noVBand="1"/>
      </w:tblPr>
      <w:tblGrid>
        <w:gridCol w:w="10292"/>
      </w:tblGrid>
      <w:tr w:rsidR="007E6525" w:rsidRPr="004709A0" w14:paraId="1F7B85FC" w14:textId="77777777">
        <w:trPr>
          <w:jc w:val="center"/>
        </w:trPr>
        <w:tc>
          <w:tcPr>
            <w:tcW w:w="10312" w:type="dxa"/>
            <w:tcBorders>
              <w:top w:val="single" w:sz="8" w:space="0" w:color="D9D9D9"/>
              <w:left w:val="single" w:sz="8" w:space="0" w:color="D9D9D9"/>
              <w:bottom w:val="single" w:sz="8" w:space="0" w:color="D9D9D9"/>
              <w:right w:val="single" w:sz="8" w:space="0" w:color="D9D9D9"/>
            </w:tcBorders>
            <w:shd w:val="clear" w:color="auto" w:fill="FFFFFF"/>
            <w:tcMar>
              <w:top w:w="120" w:type="dxa"/>
              <w:left w:w="120" w:type="dxa"/>
              <w:bottom w:w="120" w:type="dxa"/>
              <w:right w:w="120" w:type="dxa"/>
            </w:tcMar>
            <w:vAlign w:val="center"/>
          </w:tcPr>
          <w:p w14:paraId="616CA179" w14:textId="667C5654" w:rsidR="007E6525" w:rsidRPr="00B40A54" w:rsidRDefault="002F0BD9">
            <w:pPr>
              <w:spacing w:after="0" w:line="252" w:lineRule="auto"/>
              <w:rPr>
                <w:lang w:val="fr-BE"/>
              </w:rPr>
            </w:pPr>
            <w:r w:rsidRPr="00B40A54">
              <w:rPr>
                <w:i/>
                <w:color w:val="777777"/>
                <w:sz w:val="17"/>
                <w:lang w:val="fr-BE"/>
              </w:rPr>
              <w:t>L’adéquation entre la capacité de la parcelle et la demande d’inhumation estimée a-t-elle été évaluée ? Sur quelle période la parcelle pourra-t-elle répondre à cette demande ?</w:t>
            </w:r>
            <w:r w:rsidR="00B03AED" w:rsidRPr="004709A0">
              <w:rPr>
                <w:lang w:val="fr-BE"/>
              </w:rPr>
              <w:t xml:space="preserve"> </w:t>
            </w:r>
            <w:r w:rsidR="00B03AED" w:rsidRPr="00B03AED">
              <w:rPr>
                <w:i/>
                <w:color w:val="777777"/>
                <w:sz w:val="17"/>
                <w:lang w:val="fr-BE"/>
              </w:rPr>
              <w:t>Indiquer la durée estimée pendant laquelle la parcelle pourra être mise à disposition du public avant saturation</w:t>
            </w:r>
            <w:r w:rsidRPr="00B40A54">
              <w:rPr>
                <w:lang w:val="fr-BE"/>
              </w:rPr>
              <w:br/>
            </w:r>
            <w:r w:rsidRPr="00B40A54">
              <w:rPr>
                <w:lang w:val="fr-BE"/>
              </w:rPr>
              <w:br/>
            </w:r>
            <w:r w:rsidRPr="00B40A54">
              <w:rPr>
                <w:lang w:val="fr-BE"/>
              </w:rPr>
              <w:br/>
            </w:r>
            <w:r w:rsidRPr="00B40A54">
              <w:rPr>
                <w:lang w:val="fr-BE"/>
              </w:rPr>
              <w:br/>
            </w:r>
            <w:r w:rsidRPr="00B40A54">
              <w:rPr>
                <w:lang w:val="fr-BE"/>
              </w:rPr>
              <w:br/>
            </w:r>
          </w:p>
        </w:tc>
      </w:tr>
    </w:tbl>
    <w:p w14:paraId="7BEFFD4D" w14:textId="77777777" w:rsidR="00AD7475" w:rsidRDefault="00AD7475">
      <w:pPr>
        <w:pStyle w:val="Titre2"/>
        <w:rPr>
          <w:color w:val="C92274"/>
          <w:lang w:val="fr-BE"/>
        </w:rPr>
      </w:pPr>
    </w:p>
    <w:p w14:paraId="548B7B4E" w14:textId="77777777" w:rsidR="00AD7475" w:rsidRDefault="00AD7475">
      <w:pPr>
        <w:rPr>
          <w:rFonts w:asciiTheme="majorHAnsi" w:eastAsiaTheme="majorEastAsia" w:hAnsiTheme="majorHAnsi" w:cstheme="majorBidi"/>
          <w:b/>
          <w:bCs/>
          <w:color w:val="C92274"/>
          <w:sz w:val="26"/>
          <w:szCs w:val="26"/>
          <w:lang w:val="fr-BE"/>
        </w:rPr>
      </w:pPr>
      <w:r>
        <w:rPr>
          <w:color w:val="C92274"/>
          <w:lang w:val="fr-BE"/>
        </w:rPr>
        <w:br w:type="page"/>
      </w:r>
    </w:p>
    <w:p w14:paraId="60CFE505" w14:textId="40D55E32" w:rsidR="007E6525" w:rsidRPr="00B40A54" w:rsidRDefault="002F0BD9">
      <w:pPr>
        <w:pStyle w:val="Titre2"/>
        <w:rPr>
          <w:lang w:val="fr-BE"/>
        </w:rPr>
      </w:pPr>
      <w:r w:rsidRPr="000E4B76">
        <w:rPr>
          <w:color w:val="C92274"/>
          <w:lang w:val="fr-BE"/>
        </w:rPr>
        <w:lastRenderedPageBreak/>
        <w:t>3.2 Respect de l’exigence temporelle fixée au 1er janvier 2029 – cotation / 40</w:t>
      </w:r>
    </w:p>
    <w:p w14:paraId="2291CDCE" w14:textId="77777777" w:rsidR="007E6525" w:rsidRPr="00B40A54" w:rsidRDefault="002F0BD9">
      <w:pPr>
        <w:spacing w:before="100" w:after="40"/>
        <w:rPr>
          <w:lang w:val="fr-BE"/>
        </w:rPr>
      </w:pPr>
      <w:r w:rsidRPr="00B40A54">
        <w:rPr>
          <w:b/>
          <w:color w:val="334C73"/>
          <w:sz w:val="21"/>
          <w:lang w:val="fr-BE"/>
        </w:rPr>
        <w:t>Garantie apportée quant au respect de l’échéance</w:t>
      </w:r>
    </w:p>
    <w:tbl>
      <w:tblPr>
        <w:tblW w:w="0" w:type="auto"/>
        <w:jc w:val="center"/>
        <w:tblLook w:val="04A0" w:firstRow="1" w:lastRow="0" w:firstColumn="1" w:lastColumn="0" w:noHBand="0" w:noVBand="1"/>
      </w:tblPr>
      <w:tblGrid>
        <w:gridCol w:w="10292"/>
      </w:tblGrid>
      <w:tr w:rsidR="007E6525" w:rsidRPr="004709A0" w14:paraId="2FD01230" w14:textId="77777777">
        <w:trPr>
          <w:jc w:val="center"/>
        </w:trPr>
        <w:tc>
          <w:tcPr>
            <w:tcW w:w="10312" w:type="dxa"/>
            <w:tcBorders>
              <w:top w:val="single" w:sz="8" w:space="0" w:color="D9D9D9"/>
              <w:left w:val="single" w:sz="8" w:space="0" w:color="D9D9D9"/>
              <w:bottom w:val="single" w:sz="8" w:space="0" w:color="D9D9D9"/>
              <w:right w:val="single" w:sz="8" w:space="0" w:color="D9D9D9"/>
            </w:tcBorders>
            <w:shd w:val="clear" w:color="auto" w:fill="FFFFFF"/>
            <w:tcMar>
              <w:top w:w="120" w:type="dxa"/>
              <w:left w:w="120" w:type="dxa"/>
              <w:bottom w:w="120" w:type="dxa"/>
              <w:right w:w="120" w:type="dxa"/>
            </w:tcMar>
            <w:vAlign w:val="center"/>
          </w:tcPr>
          <w:p w14:paraId="4E911B45" w14:textId="77777777" w:rsidR="007E6525" w:rsidRPr="00B40A54" w:rsidRDefault="002F0BD9">
            <w:pPr>
              <w:spacing w:after="0" w:line="252" w:lineRule="auto"/>
              <w:rPr>
                <w:lang w:val="fr-BE"/>
              </w:rPr>
            </w:pPr>
            <w:r w:rsidRPr="00B40A54">
              <w:rPr>
                <w:i/>
                <w:color w:val="777777"/>
                <w:sz w:val="17"/>
                <w:lang w:val="fr-BE"/>
              </w:rPr>
              <w:t>Indiquer les garanties concrètes permettant de démontrer que la parcelle, les terres ou les équipements pourront être mis à disposition au plus tard le 1er janvier 2029.</w:t>
            </w:r>
            <w:r w:rsidRPr="00B40A54">
              <w:rPr>
                <w:lang w:val="fr-BE"/>
              </w:rPr>
              <w:br/>
            </w:r>
            <w:r w:rsidRPr="00B40A54">
              <w:rPr>
                <w:lang w:val="fr-BE"/>
              </w:rPr>
              <w:br/>
            </w:r>
            <w:r w:rsidRPr="00B40A54">
              <w:rPr>
                <w:lang w:val="fr-BE"/>
              </w:rPr>
              <w:br/>
            </w:r>
            <w:r w:rsidRPr="00B40A54">
              <w:rPr>
                <w:lang w:val="fr-BE"/>
              </w:rPr>
              <w:br/>
            </w:r>
            <w:r w:rsidRPr="00B40A54">
              <w:rPr>
                <w:lang w:val="fr-BE"/>
              </w:rPr>
              <w:br/>
            </w:r>
          </w:p>
        </w:tc>
      </w:tr>
    </w:tbl>
    <w:p w14:paraId="5C569965" w14:textId="77777777" w:rsidR="007E6525" w:rsidRPr="00B40A54" w:rsidRDefault="002F0BD9">
      <w:pPr>
        <w:spacing w:before="100" w:after="40"/>
        <w:rPr>
          <w:lang w:val="fr-BE"/>
        </w:rPr>
      </w:pPr>
      <w:r w:rsidRPr="00B40A54">
        <w:rPr>
          <w:b/>
          <w:color w:val="334C73"/>
          <w:sz w:val="21"/>
          <w:lang w:val="fr-BE"/>
        </w:rPr>
        <w:t>Rétroplanning prévisionnel</w:t>
      </w:r>
    </w:p>
    <w:tbl>
      <w:tblPr>
        <w:tblW w:w="0" w:type="auto"/>
        <w:jc w:val="center"/>
        <w:tblLook w:val="04A0" w:firstRow="1" w:lastRow="0" w:firstColumn="1" w:lastColumn="0" w:noHBand="0" w:noVBand="1"/>
      </w:tblPr>
      <w:tblGrid>
        <w:gridCol w:w="10292"/>
      </w:tblGrid>
      <w:tr w:rsidR="007E6525" w:rsidRPr="004709A0" w14:paraId="361EEC9B" w14:textId="77777777">
        <w:trPr>
          <w:jc w:val="center"/>
        </w:trPr>
        <w:tc>
          <w:tcPr>
            <w:tcW w:w="10312" w:type="dxa"/>
            <w:tcBorders>
              <w:top w:val="single" w:sz="8" w:space="0" w:color="D9D9D9"/>
              <w:left w:val="single" w:sz="8" w:space="0" w:color="D9D9D9"/>
              <w:bottom w:val="single" w:sz="8" w:space="0" w:color="D9D9D9"/>
              <w:right w:val="single" w:sz="8" w:space="0" w:color="D9D9D9"/>
            </w:tcBorders>
            <w:shd w:val="clear" w:color="auto" w:fill="FFFFFF"/>
            <w:tcMar>
              <w:top w:w="120" w:type="dxa"/>
              <w:left w:w="120" w:type="dxa"/>
              <w:bottom w:w="120" w:type="dxa"/>
              <w:right w:w="120" w:type="dxa"/>
            </w:tcMar>
            <w:vAlign w:val="center"/>
          </w:tcPr>
          <w:p w14:paraId="0147AF5B" w14:textId="77777777" w:rsidR="007E6525" w:rsidRPr="00B40A54" w:rsidRDefault="002F0BD9">
            <w:pPr>
              <w:spacing w:after="0" w:line="252" w:lineRule="auto"/>
              <w:rPr>
                <w:lang w:val="fr-BE"/>
              </w:rPr>
            </w:pPr>
            <w:r w:rsidRPr="00B40A54">
              <w:rPr>
                <w:i/>
                <w:color w:val="777777"/>
                <w:sz w:val="17"/>
                <w:lang w:val="fr-BE"/>
              </w:rPr>
              <w:t>Joindre ou décrire le rétroplanning : étapes administratives, permis, marchés publics, travaux/acquisition, réception, mise à disposition.</w:t>
            </w:r>
            <w:r w:rsidRPr="00B40A54">
              <w:rPr>
                <w:lang w:val="fr-BE"/>
              </w:rPr>
              <w:br/>
            </w:r>
            <w:r w:rsidRPr="00B40A54">
              <w:rPr>
                <w:lang w:val="fr-BE"/>
              </w:rPr>
              <w:br/>
            </w:r>
            <w:r w:rsidRPr="00B40A54">
              <w:rPr>
                <w:lang w:val="fr-BE"/>
              </w:rPr>
              <w:br/>
            </w:r>
            <w:r w:rsidRPr="00B40A54">
              <w:rPr>
                <w:lang w:val="fr-BE"/>
              </w:rPr>
              <w:br/>
            </w:r>
            <w:r w:rsidRPr="00B40A54">
              <w:rPr>
                <w:lang w:val="fr-BE"/>
              </w:rPr>
              <w:br/>
            </w:r>
          </w:p>
        </w:tc>
      </w:tr>
    </w:tbl>
    <w:p w14:paraId="5B67D924" w14:textId="77777777" w:rsidR="007E6525" w:rsidRPr="00B40A54" w:rsidRDefault="002F0BD9">
      <w:pPr>
        <w:spacing w:before="100" w:after="40"/>
        <w:rPr>
          <w:lang w:val="fr-BE"/>
        </w:rPr>
      </w:pPr>
      <w:r w:rsidRPr="00B40A54">
        <w:rPr>
          <w:b/>
          <w:color w:val="334C73"/>
          <w:sz w:val="21"/>
          <w:lang w:val="fr-BE"/>
        </w:rPr>
        <w:t>Analyse des risques liés au planning</w:t>
      </w:r>
    </w:p>
    <w:tbl>
      <w:tblPr>
        <w:tblW w:w="0" w:type="auto"/>
        <w:jc w:val="center"/>
        <w:tblLook w:val="04A0" w:firstRow="1" w:lastRow="0" w:firstColumn="1" w:lastColumn="0" w:noHBand="0" w:noVBand="1"/>
      </w:tblPr>
      <w:tblGrid>
        <w:gridCol w:w="10292"/>
      </w:tblGrid>
      <w:tr w:rsidR="007E6525" w:rsidRPr="004709A0" w14:paraId="7C1677CD" w14:textId="77777777">
        <w:trPr>
          <w:jc w:val="center"/>
        </w:trPr>
        <w:tc>
          <w:tcPr>
            <w:tcW w:w="10312" w:type="dxa"/>
            <w:tcBorders>
              <w:top w:val="single" w:sz="8" w:space="0" w:color="D9D9D9"/>
              <w:left w:val="single" w:sz="8" w:space="0" w:color="D9D9D9"/>
              <w:bottom w:val="single" w:sz="8" w:space="0" w:color="D9D9D9"/>
              <w:right w:val="single" w:sz="8" w:space="0" w:color="D9D9D9"/>
            </w:tcBorders>
            <w:shd w:val="clear" w:color="auto" w:fill="FFFFFF"/>
            <w:tcMar>
              <w:top w:w="120" w:type="dxa"/>
              <w:left w:w="120" w:type="dxa"/>
              <w:bottom w:w="120" w:type="dxa"/>
              <w:right w:w="120" w:type="dxa"/>
            </w:tcMar>
            <w:vAlign w:val="center"/>
          </w:tcPr>
          <w:p w14:paraId="3A020F6C" w14:textId="77777777" w:rsidR="007E6525" w:rsidRPr="00B40A54" w:rsidRDefault="002F0BD9">
            <w:pPr>
              <w:spacing w:after="0" w:line="252" w:lineRule="auto"/>
              <w:rPr>
                <w:lang w:val="fr-BE"/>
              </w:rPr>
            </w:pPr>
            <w:r w:rsidRPr="00B40A54">
              <w:rPr>
                <w:i/>
                <w:color w:val="777777"/>
                <w:sz w:val="17"/>
                <w:lang w:val="fr-BE"/>
              </w:rPr>
              <w:t>Identifier les risques pouvant affecter le calendrier et les mesures d’atténuation prévues.</w:t>
            </w:r>
            <w:r w:rsidRPr="00B40A54">
              <w:rPr>
                <w:lang w:val="fr-BE"/>
              </w:rPr>
              <w:br/>
            </w:r>
            <w:r w:rsidRPr="00B40A54">
              <w:rPr>
                <w:lang w:val="fr-BE"/>
              </w:rPr>
              <w:br/>
            </w:r>
            <w:r w:rsidRPr="00B40A54">
              <w:rPr>
                <w:lang w:val="fr-BE"/>
              </w:rPr>
              <w:br/>
            </w:r>
            <w:r w:rsidRPr="00B40A54">
              <w:rPr>
                <w:lang w:val="fr-BE"/>
              </w:rPr>
              <w:br/>
            </w:r>
            <w:r w:rsidRPr="00B40A54">
              <w:rPr>
                <w:lang w:val="fr-BE"/>
              </w:rPr>
              <w:br/>
            </w:r>
          </w:p>
        </w:tc>
      </w:tr>
    </w:tbl>
    <w:p w14:paraId="04FEDDF3" w14:textId="77777777" w:rsidR="007E6525" w:rsidRPr="00B40A54" w:rsidRDefault="002F0BD9">
      <w:pPr>
        <w:spacing w:before="100" w:after="40"/>
        <w:rPr>
          <w:lang w:val="fr-BE"/>
        </w:rPr>
      </w:pPr>
      <w:r w:rsidRPr="00B40A54">
        <w:rPr>
          <w:b/>
          <w:color w:val="334C73"/>
          <w:sz w:val="21"/>
          <w:lang w:val="fr-BE"/>
        </w:rPr>
        <w:t>Marges prévues</w:t>
      </w:r>
    </w:p>
    <w:tbl>
      <w:tblPr>
        <w:tblW w:w="0" w:type="auto"/>
        <w:jc w:val="center"/>
        <w:tblLook w:val="04A0" w:firstRow="1" w:lastRow="0" w:firstColumn="1" w:lastColumn="0" w:noHBand="0" w:noVBand="1"/>
      </w:tblPr>
      <w:tblGrid>
        <w:gridCol w:w="10292"/>
      </w:tblGrid>
      <w:tr w:rsidR="007E6525" w:rsidRPr="004709A0" w14:paraId="3F3A8449" w14:textId="77777777">
        <w:trPr>
          <w:jc w:val="center"/>
        </w:trPr>
        <w:tc>
          <w:tcPr>
            <w:tcW w:w="10312" w:type="dxa"/>
            <w:tcBorders>
              <w:top w:val="single" w:sz="8" w:space="0" w:color="D9D9D9"/>
              <w:left w:val="single" w:sz="8" w:space="0" w:color="D9D9D9"/>
              <w:bottom w:val="single" w:sz="8" w:space="0" w:color="D9D9D9"/>
              <w:right w:val="single" w:sz="8" w:space="0" w:color="D9D9D9"/>
            </w:tcBorders>
            <w:shd w:val="clear" w:color="auto" w:fill="FFFFFF"/>
            <w:tcMar>
              <w:top w:w="120" w:type="dxa"/>
              <w:left w:w="120" w:type="dxa"/>
              <w:bottom w:w="120" w:type="dxa"/>
              <w:right w:w="120" w:type="dxa"/>
            </w:tcMar>
            <w:vAlign w:val="center"/>
          </w:tcPr>
          <w:p w14:paraId="40956B19" w14:textId="77777777" w:rsidR="007E6525" w:rsidRPr="00B40A54" w:rsidRDefault="002F0BD9">
            <w:pPr>
              <w:spacing w:after="0" w:line="252" w:lineRule="auto"/>
              <w:rPr>
                <w:lang w:val="fr-BE"/>
              </w:rPr>
            </w:pPr>
            <w:r w:rsidRPr="00B40A54">
              <w:rPr>
                <w:i/>
                <w:color w:val="777777"/>
                <w:sz w:val="17"/>
                <w:lang w:val="fr-BE"/>
              </w:rPr>
              <w:t>Indiquer les marges temporelles intégrées au planning et les éventuelles étapes déjà réalisées.</w:t>
            </w:r>
            <w:r w:rsidRPr="00B40A54">
              <w:rPr>
                <w:lang w:val="fr-BE"/>
              </w:rPr>
              <w:br/>
            </w:r>
            <w:r w:rsidRPr="00B40A54">
              <w:rPr>
                <w:lang w:val="fr-BE"/>
              </w:rPr>
              <w:br/>
            </w:r>
            <w:r w:rsidRPr="00B40A54">
              <w:rPr>
                <w:lang w:val="fr-BE"/>
              </w:rPr>
              <w:br/>
            </w:r>
            <w:r w:rsidRPr="00B40A54">
              <w:rPr>
                <w:lang w:val="fr-BE"/>
              </w:rPr>
              <w:br/>
            </w:r>
            <w:r w:rsidRPr="00B40A54">
              <w:rPr>
                <w:lang w:val="fr-BE"/>
              </w:rPr>
              <w:br/>
            </w:r>
          </w:p>
        </w:tc>
      </w:tr>
    </w:tbl>
    <w:p w14:paraId="42F1B511" w14:textId="77777777" w:rsidR="007E6525" w:rsidRPr="00B40A54" w:rsidRDefault="002F0BD9">
      <w:pPr>
        <w:pStyle w:val="Titre2"/>
        <w:rPr>
          <w:lang w:val="fr-BE"/>
        </w:rPr>
      </w:pPr>
      <w:r w:rsidRPr="000E4B76">
        <w:rPr>
          <w:color w:val="C92274"/>
          <w:lang w:val="fr-BE"/>
        </w:rPr>
        <w:t>3.3 Taille de la parcelle par rapport au prix des investissements – cotation / 20</w:t>
      </w:r>
    </w:p>
    <w:p w14:paraId="4DBC3121" w14:textId="77777777" w:rsidR="007E6525" w:rsidRPr="00B40A54" w:rsidRDefault="002F0BD9">
      <w:pPr>
        <w:spacing w:before="100" w:after="40"/>
        <w:rPr>
          <w:lang w:val="fr-BE"/>
        </w:rPr>
      </w:pPr>
      <w:r w:rsidRPr="00B40A54">
        <w:rPr>
          <w:b/>
          <w:color w:val="334C73"/>
          <w:sz w:val="21"/>
          <w:lang w:val="fr-BE"/>
        </w:rPr>
        <w:t>Taille de la parcelle et capacité d’accueil</w:t>
      </w:r>
    </w:p>
    <w:tbl>
      <w:tblPr>
        <w:tblW w:w="0" w:type="auto"/>
        <w:jc w:val="center"/>
        <w:tblLook w:val="04A0" w:firstRow="1" w:lastRow="0" w:firstColumn="1" w:lastColumn="0" w:noHBand="0" w:noVBand="1"/>
      </w:tblPr>
      <w:tblGrid>
        <w:gridCol w:w="10292"/>
      </w:tblGrid>
      <w:tr w:rsidR="007E6525" w:rsidRPr="004709A0" w14:paraId="1E7AFA42" w14:textId="77777777">
        <w:trPr>
          <w:jc w:val="center"/>
        </w:trPr>
        <w:tc>
          <w:tcPr>
            <w:tcW w:w="10312" w:type="dxa"/>
            <w:tcBorders>
              <w:top w:val="single" w:sz="8" w:space="0" w:color="D9D9D9"/>
              <w:left w:val="single" w:sz="8" w:space="0" w:color="D9D9D9"/>
              <w:bottom w:val="single" w:sz="8" w:space="0" w:color="D9D9D9"/>
              <w:right w:val="single" w:sz="8" w:space="0" w:color="D9D9D9"/>
            </w:tcBorders>
            <w:shd w:val="clear" w:color="auto" w:fill="FFFFFF"/>
            <w:tcMar>
              <w:top w:w="120" w:type="dxa"/>
              <w:left w:w="120" w:type="dxa"/>
              <w:bottom w:w="120" w:type="dxa"/>
              <w:right w:w="120" w:type="dxa"/>
            </w:tcMar>
            <w:vAlign w:val="center"/>
          </w:tcPr>
          <w:p w14:paraId="47B5A4AA" w14:textId="77777777" w:rsidR="007E6525" w:rsidRPr="00B40A54" w:rsidRDefault="002F0BD9">
            <w:pPr>
              <w:spacing w:after="0" w:line="252" w:lineRule="auto"/>
              <w:rPr>
                <w:lang w:val="fr-BE"/>
              </w:rPr>
            </w:pPr>
            <w:r w:rsidRPr="00B40A54">
              <w:rPr>
                <w:i/>
                <w:color w:val="777777"/>
                <w:sz w:val="17"/>
                <w:lang w:val="fr-BE"/>
              </w:rPr>
              <w:t>Indiquer la superficie, l’orientation des sépultures, le nombre de sépultures individuelles et familiales et le nombre de défunts pouvant être accueillis.</w:t>
            </w:r>
            <w:r w:rsidRPr="00B40A54">
              <w:rPr>
                <w:lang w:val="fr-BE"/>
              </w:rPr>
              <w:br/>
            </w:r>
            <w:r w:rsidRPr="00B40A54">
              <w:rPr>
                <w:lang w:val="fr-BE"/>
              </w:rPr>
              <w:br/>
            </w:r>
            <w:r w:rsidRPr="00B40A54">
              <w:rPr>
                <w:lang w:val="fr-BE"/>
              </w:rPr>
              <w:br/>
            </w:r>
            <w:r w:rsidRPr="00B40A54">
              <w:rPr>
                <w:lang w:val="fr-BE"/>
              </w:rPr>
              <w:br/>
            </w:r>
            <w:r w:rsidRPr="00B40A54">
              <w:rPr>
                <w:lang w:val="fr-BE"/>
              </w:rPr>
              <w:br/>
            </w:r>
          </w:p>
        </w:tc>
      </w:tr>
    </w:tbl>
    <w:p w14:paraId="39395499" w14:textId="77777777" w:rsidR="00AD7475" w:rsidRDefault="00AD7475">
      <w:pPr>
        <w:spacing w:before="100" w:after="40"/>
        <w:rPr>
          <w:b/>
          <w:color w:val="334C73"/>
          <w:sz w:val="21"/>
          <w:lang w:val="fr-BE"/>
        </w:rPr>
      </w:pPr>
    </w:p>
    <w:p w14:paraId="2FEA4B3B" w14:textId="77777777" w:rsidR="00AD7475" w:rsidRDefault="00AD7475">
      <w:pPr>
        <w:rPr>
          <w:b/>
          <w:color w:val="334C73"/>
          <w:sz w:val="21"/>
          <w:lang w:val="fr-BE"/>
        </w:rPr>
      </w:pPr>
      <w:r>
        <w:rPr>
          <w:b/>
          <w:color w:val="334C73"/>
          <w:sz w:val="21"/>
          <w:lang w:val="fr-BE"/>
        </w:rPr>
        <w:br w:type="page"/>
      </w:r>
    </w:p>
    <w:p w14:paraId="6EDF6A0D" w14:textId="676F3251" w:rsidR="007E6525" w:rsidRPr="00B40A54" w:rsidRDefault="002F0BD9">
      <w:pPr>
        <w:spacing w:before="100" w:after="40"/>
        <w:rPr>
          <w:lang w:val="fr-BE"/>
        </w:rPr>
      </w:pPr>
      <w:r w:rsidRPr="00B40A54">
        <w:rPr>
          <w:b/>
          <w:color w:val="334C73"/>
          <w:sz w:val="21"/>
          <w:lang w:val="fr-BE"/>
        </w:rPr>
        <w:lastRenderedPageBreak/>
        <w:t>Caractère raisonnable et proportionné du coût</w:t>
      </w:r>
    </w:p>
    <w:tbl>
      <w:tblPr>
        <w:tblW w:w="0" w:type="auto"/>
        <w:jc w:val="center"/>
        <w:tblLook w:val="04A0" w:firstRow="1" w:lastRow="0" w:firstColumn="1" w:lastColumn="0" w:noHBand="0" w:noVBand="1"/>
      </w:tblPr>
      <w:tblGrid>
        <w:gridCol w:w="10292"/>
      </w:tblGrid>
      <w:tr w:rsidR="007E6525" w:rsidRPr="004709A0" w14:paraId="37D84C3A" w14:textId="77777777">
        <w:trPr>
          <w:jc w:val="center"/>
        </w:trPr>
        <w:tc>
          <w:tcPr>
            <w:tcW w:w="10312" w:type="dxa"/>
            <w:tcBorders>
              <w:top w:val="single" w:sz="8" w:space="0" w:color="D9D9D9"/>
              <w:left w:val="single" w:sz="8" w:space="0" w:color="D9D9D9"/>
              <w:bottom w:val="single" w:sz="8" w:space="0" w:color="D9D9D9"/>
              <w:right w:val="single" w:sz="8" w:space="0" w:color="D9D9D9"/>
            </w:tcBorders>
            <w:shd w:val="clear" w:color="auto" w:fill="FFFFFF"/>
            <w:tcMar>
              <w:top w:w="120" w:type="dxa"/>
              <w:left w:w="120" w:type="dxa"/>
              <w:bottom w:w="120" w:type="dxa"/>
              <w:right w:w="120" w:type="dxa"/>
            </w:tcMar>
            <w:vAlign w:val="center"/>
          </w:tcPr>
          <w:p w14:paraId="0BF457C8" w14:textId="77777777" w:rsidR="007E6525" w:rsidRPr="00B40A54" w:rsidRDefault="002F0BD9">
            <w:pPr>
              <w:spacing w:after="0" w:line="252" w:lineRule="auto"/>
              <w:rPr>
                <w:lang w:val="fr-BE"/>
              </w:rPr>
            </w:pPr>
            <w:r w:rsidRPr="00B40A54">
              <w:rPr>
                <w:i/>
                <w:color w:val="777777"/>
                <w:sz w:val="17"/>
                <w:lang w:val="fr-BE"/>
              </w:rPr>
              <w:t>Expliquer en quoi le coût des investissements est raisonnable et non disproportionné au regard de la capacité créée et des besoins rencontrés.</w:t>
            </w:r>
            <w:r w:rsidRPr="00B40A54">
              <w:rPr>
                <w:lang w:val="fr-BE"/>
              </w:rPr>
              <w:br/>
            </w:r>
            <w:r w:rsidRPr="00B40A54">
              <w:rPr>
                <w:lang w:val="fr-BE"/>
              </w:rPr>
              <w:br/>
            </w:r>
            <w:r w:rsidRPr="00B40A54">
              <w:rPr>
                <w:lang w:val="fr-BE"/>
              </w:rPr>
              <w:br/>
            </w:r>
            <w:r w:rsidRPr="00B40A54">
              <w:rPr>
                <w:lang w:val="fr-BE"/>
              </w:rPr>
              <w:br/>
            </w:r>
            <w:r w:rsidRPr="00B40A54">
              <w:rPr>
                <w:lang w:val="fr-BE"/>
              </w:rPr>
              <w:br/>
            </w:r>
          </w:p>
        </w:tc>
      </w:tr>
    </w:tbl>
    <w:p w14:paraId="23FEEF65" w14:textId="77777777" w:rsidR="007E6525" w:rsidRPr="00B40A54" w:rsidRDefault="002F0BD9">
      <w:pPr>
        <w:pStyle w:val="Titre1"/>
        <w:rPr>
          <w:lang w:val="fr-BE"/>
        </w:rPr>
      </w:pPr>
      <w:r w:rsidRPr="000E4B76">
        <w:rPr>
          <w:color w:val="C92274"/>
          <w:lang w:val="fr-BE"/>
        </w:rPr>
        <w:t>4. Éléments demandés au point 5 « Introduction des projets »</w:t>
      </w:r>
    </w:p>
    <w:p w14:paraId="532766AE" w14:textId="59F1B812" w:rsidR="007E6525" w:rsidRPr="00B40A54" w:rsidRDefault="002F0BD9">
      <w:pPr>
        <w:spacing w:before="100" w:after="40"/>
        <w:rPr>
          <w:lang w:val="fr-BE"/>
        </w:rPr>
      </w:pPr>
      <w:r w:rsidRPr="00B40A54">
        <w:rPr>
          <w:b/>
          <w:color w:val="334C73"/>
          <w:sz w:val="21"/>
          <w:lang w:val="fr-BE"/>
        </w:rPr>
        <w:t>Estimation détaillée des coûts</w:t>
      </w:r>
    </w:p>
    <w:tbl>
      <w:tblPr>
        <w:tblW w:w="0" w:type="auto"/>
        <w:jc w:val="center"/>
        <w:tblLook w:val="04A0" w:firstRow="1" w:lastRow="0" w:firstColumn="1" w:lastColumn="0" w:noHBand="0" w:noVBand="1"/>
      </w:tblPr>
      <w:tblGrid>
        <w:gridCol w:w="10292"/>
      </w:tblGrid>
      <w:tr w:rsidR="007E6525" w:rsidRPr="004709A0" w14:paraId="3D32EA24" w14:textId="77777777">
        <w:trPr>
          <w:jc w:val="center"/>
        </w:trPr>
        <w:tc>
          <w:tcPr>
            <w:tcW w:w="10312" w:type="dxa"/>
            <w:tcBorders>
              <w:top w:val="single" w:sz="8" w:space="0" w:color="D9D9D9"/>
              <w:left w:val="single" w:sz="8" w:space="0" w:color="D9D9D9"/>
              <w:bottom w:val="single" w:sz="8" w:space="0" w:color="D9D9D9"/>
              <w:right w:val="single" w:sz="8" w:space="0" w:color="D9D9D9"/>
            </w:tcBorders>
            <w:shd w:val="clear" w:color="auto" w:fill="FFFFFF"/>
            <w:tcMar>
              <w:top w:w="120" w:type="dxa"/>
              <w:left w:w="120" w:type="dxa"/>
              <w:bottom w:w="120" w:type="dxa"/>
              <w:right w:w="120" w:type="dxa"/>
            </w:tcMar>
            <w:vAlign w:val="center"/>
          </w:tcPr>
          <w:p w14:paraId="299B12F4" w14:textId="77777777" w:rsidR="007E6525" w:rsidRPr="00B40A54" w:rsidRDefault="002F0BD9">
            <w:pPr>
              <w:spacing w:after="0" w:line="252" w:lineRule="auto"/>
              <w:rPr>
                <w:lang w:val="fr-BE"/>
              </w:rPr>
            </w:pPr>
            <w:r w:rsidRPr="00B40A54">
              <w:rPr>
                <w:i/>
                <w:color w:val="777777"/>
                <w:sz w:val="17"/>
                <w:lang w:val="fr-BE"/>
              </w:rPr>
              <w:t>Joindre une estimation détaillée des coûts à mettre en œuvre pour la réalisation du projet.</w:t>
            </w:r>
            <w:r w:rsidRPr="00B40A54">
              <w:rPr>
                <w:lang w:val="fr-BE"/>
              </w:rPr>
              <w:br/>
            </w:r>
            <w:r w:rsidRPr="00B40A54">
              <w:rPr>
                <w:lang w:val="fr-BE"/>
              </w:rPr>
              <w:br/>
            </w:r>
            <w:r w:rsidRPr="00B40A54">
              <w:rPr>
                <w:lang w:val="fr-BE"/>
              </w:rPr>
              <w:br/>
            </w:r>
            <w:r w:rsidRPr="00B40A54">
              <w:rPr>
                <w:lang w:val="fr-BE"/>
              </w:rPr>
              <w:br/>
            </w:r>
            <w:r w:rsidRPr="00B40A54">
              <w:rPr>
                <w:lang w:val="fr-BE"/>
              </w:rPr>
              <w:br/>
            </w:r>
          </w:p>
        </w:tc>
      </w:tr>
    </w:tbl>
    <w:p w14:paraId="654D3633" w14:textId="77777777" w:rsidR="007E6525" w:rsidRPr="00B40A54" w:rsidRDefault="002F0BD9">
      <w:pPr>
        <w:spacing w:before="100" w:after="40"/>
        <w:rPr>
          <w:lang w:val="fr-BE"/>
        </w:rPr>
      </w:pPr>
      <w:r w:rsidRPr="00B40A54">
        <w:rPr>
          <w:b/>
          <w:color w:val="334C73"/>
          <w:sz w:val="21"/>
          <w:lang w:val="fr-BE"/>
        </w:rPr>
        <w:t>Description complète du projet d’aménagement de la parcelle</w:t>
      </w:r>
    </w:p>
    <w:tbl>
      <w:tblPr>
        <w:tblW w:w="0" w:type="auto"/>
        <w:jc w:val="center"/>
        <w:tblLook w:val="04A0" w:firstRow="1" w:lastRow="0" w:firstColumn="1" w:lastColumn="0" w:noHBand="0" w:noVBand="1"/>
      </w:tblPr>
      <w:tblGrid>
        <w:gridCol w:w="10292"/>
      </w:tblGrid>
      <w:tr w:rsidR="007E6525" w:rsidRPr="004709A0" w14:paraId="5569DE05" w14:textId="77777777">
        <w:trPr>
          <w:jc w:val="center"/>
        </w:trPr>
        <w:tc>
          <w:tcPr>
            <w:tcW w:w="10312" w:type="dxa"/>
            <w:tcBorders>
              <w:top w:val="single" w:sz="8" w:space="0" w:color="D9D9D9"/>
              <w:left w:val="single" w:sz="8" w:space="0" w:color="D9D9D9"/>
              <w:bottom w:val="single" w:sz="8" w:space="0" w:color="D9D9D9"/>
              <w:right w:val="single" w:sz="8" w:space="0" w:color="D9D9D9"/>
            </w:tcBorders>
            <w:shd w:val="clear" w:color="auto" w:fill="FFFFFF"/>
            <w:tcMar>
              <w:top w:w="120" w:type="dxa"/>
              <w:left w:w="120" w:type="dxa"/>
              <w:bottom w:w="120" w:type="dxa"/>
              <w:right w:w="120" w:type="dxa"/>
            </w:tcMar>
            <w:vAlign w:val="center"/>
          </w:tcPr>
          <w:p w14:paraId="5E253B89" w14:textId="77777777" w:rsidR="007E6525" w:rsidRPr="00B40A54" w:rsidRDefault="002F0BD9">
            <w:pPr>
              <w:spacing w:after="0" w:line="252" w:lineRule="auto"/>
              <w:rPr>
                <w:lang w:val="fr-BE"/>
              </w:rPr>
            </w:pPr>
            <w:r w:rsidRPr="00B40A54">
              <w:rPr>
                <w:i/>
                <w:color w:val="777777"/>
                <w:sz w:val="17"/>
                <w:lang w:val="fr-BE"/>
              </w:rPr>
              <w:t>Décrire les éléments prévus pour l’accueil des rites funéraires liés aux cultes et conceptions philosophiques non confessionnelles reconnues, le lieu, la taille de la parcelle et son adéquation par rapport à la demande.</w:t>
            </w:r>
            <w:r w:rsidRPr="00B40A54">
              <w:rPr>
                <w:lang w:val="fr-BE"/>
              </w:rPr>
              <w:br/>
            </w:r>
            <w:r w:rsidRPr="00B40A54">
              <w:rPr>
                <w:lang w:val="fr-BE"/>
              </w:rPr>
              <w:br/>
            </w:r>
            <w:r w:rsidRPr="00B40A54">
              <w:rPr>
                <w:lang w:val="fr-BE"/>
              </w:rPr>
              <w:br/>
            </w:r>
            <w:r w:rsidRPr="00B40A54">
              <w:rPr>
                <w:lang w:val="fr-BE"/>
              </w:rPr>
              <w:br/>
            </w:r>
            <w:r w:rsidRPr="00B40A54">
              <w:rPr>
                <w:lang w:val="fr-BE"/>
              </w:rPr>
              <w:br/>
            </w:r>
            <w:r w:rsidRPr="00B40A54">
              <w:rPr>
                <w:lang w:val="fr-BE"/>
              </w:rPr>
              <w:br/>
            </w:r>
            <w:r w:rsidRPr="00B40A54">
              <w:rPr>
                <w:lang w:val="fr-BE"/>
              </w:rPr>
              <w:br/>
            </w:r>
          </w:p>
        </w:tc>
      </w:tr>
    </w:tbl>
    <w:p w14:paraId="1F952AEC" w14:textId="77777777" w:rsidR="007E6525" w:rsidRPr="00B40A54" w:rsidRDefault="002F0BD9">
      <w:pPr>
        <w:spacing w:before="100" w:after="40"/>
        <w:rPr>
          <w:lang w:val="fr-BE"/>
        </w:rPr>
      </w:pPr>
      <w:r w:rsidRPr="00B40A54">
        <w:rPr>
          <w:b/>
          <w:color w:val="334C73"/>
          <w:sz w:val="21"/>
          <w:lang w:val="fr-BE"/>
        </w:rPr>
        <w:t>Étude relative aux exigences des cultes et conceptions philosophiques reconnues</w:t>
      </w:r>
    </w:p>
    <w:tbl>
      <w:tblPr>
        <w:tblW w:w="0" w:type="auto"/>
        <w:jc w:val="center"/>
        <w:tblLook w:val="04A0" w:firstRow="1" w:lastRow="0" w:firstColumn="1" w:lastColumn="0" w:noHBand="0" w:noVBand="1"/>
      </w:tblPr>
      <w:tblGrid>
        <w:gridCol w:w="10292"/>
      </w:tblGrid>
      <w:tr w:rsidR="007E6525" w:rsidRPr="004709A0" w14:paraId="638F697D" w14:textId="77777777">
        <w:trPr>
          <w:jc w:val="center"/>
        </w:trPr>
        <w:tc>
          <w:tcPr>
            <w:tcW w:w="10312" w:type="dxa"/>
            <w:tcBorders>
              <w:top w:val="single" w:sz="8" w:space="0" w:color="D9D9D9"/>
              <w:left w:val="single" w:sz="8" w:space="0" w:color="D9D9D9"/>
              <w:bottom w:val="single" w:sz="8" w:space="0" w:color="D9D9D9"/>
              <w:right w:val="single" w:sz="8" w:space="0" w:color="D9D9D9"/>
            </w:tcBorders>
            <w:shd w:val="clear" w:color="auto" w:fill="FFFFFF"/>
            <w:tcMar>
              <w:top w:w="120" w:type="dxa"/>
              <w:left w:w="120" w:type="dxa"/>
              <w:bottom w:w="120" w:type="dxa"/>
              <w:right w:w="120" w:type="dxa"/>
            </w:tcMar>
            <w:vAlign w:val="center"/>
          </w:tcPr>
          <w:p w14:paraId="389C69B0" w14:textId="77777777" w:rsidR="007E6525" w:rsidRPr="00B40A54" w:rsidRDefault="002F0BD9">
            <w:pPr>
              <w:spacing w:after="0" w:line="252" w:lineRule="auto"/>
              <w:rPr>
                <w:lang w:val="fr-BE"/>
              </w:rPr>
            </w:pPr>
            <w:r w:rsidRPr="00B40A54">
              <w:rPr>
                <w:i/>
                <w:color w:val="777777"/>
                <w:sz w:val="17"/>
                <w:lang w:val="fr-BE"/>
              </w:rPr>
              <w:t>Le cas échéant, joindre l’étude ou décrire les démarches menées.</w:t>
            </w:r>
            <w:r w:rsidRPr="00B40A54">
              <w:rPr>
                <w:lang w:val="fr-BE"/>
              </w:rPr>
              <w:br/>
            </w:r>
            <w:r w:rsidRPr="00B40A54">
              <w:rPr>
                <w:lang w:val="fr-BE"/>
              </w:rPr>
              <w:br/>
            </w:r>
            <w:r w:rsidRPr="00B40A54">
              <w:rPr>
                <w:lang w:val="fr-BE"/>
              </w:rPr>
              <w:br/>
            </w:r>
            <w:r w:rsidRPr="00B40A54">
              <w:rPr>
                <w:lang w:val="fr-BE"/>
              </w:rPr>
              <w:br/>
            </w:r>
          </w:p>
        </w:tc>
      </w:tr>
    </w:tbl>
    <w:p w14:paraId="7333F4BB" w14:textId="77777777" w:rsidR="007E6525" w:rsidRPr="00B40A54" w:rsidRDefault="002F0BD9">
      <w:pPr>
        <w:spacing w:before="100" w:after="40"/>
        <w:rPr>
          <w:lang w:val="fr-BE"/>
        </w:rPr>
      </w:pPr>
      <w:r w:rsidRPr="00B40A54">
        <w:rPr>
          <w:b/>
          <w:color w:val="334C73"/>
          <w:sz w:val="21"/>
          <w:lang w:val="fr-BE"/>
        </w:rPr>
        <w:t>Informations complémentaires</w:t>
      </w:r>
    </w:p>
    <w:tbl>
      <w:tblPr>
        <w:tblW w:w="0" w:type="auto"/>
        <w:jc w:val="center"/>
        <w:tblLook w:val="04A0" w:firstRow="1" w:lastRow="0" w:firstColumn="1" w:lastColumn="0" w:noHBand="0" w:noVBand="1"/>
      </w:tblPr>
      <w:tblGrid>
        <w:gridCol w:w="10292"/>
      </w:tblGrid>
      <w:tr w:rsidR="007E6525" w:rsidRPr="004709A0" w14:paraId="69FCDBC5" w14:textId="77777777">
        <w:trPr>
          <w:jc w:val="center"/>
        </w:trPr>
        <w:tc>
          <w:tcPr>
            <w:tcW w:w="10312" w:type="dxa"/>
            <w:tcBorders>
              <w:top w:val="single" w:sz="8" w:space="0" w:color="D9D9D9"/>
              <w:left w:val="single" w:sz="8" w:space="0" w:color="D9D9D9"/>
              <w:bottom w:val="single" w:sz="8" w:space="0" w:color="D9D9D9"/>
              <w:right w:val="single" w:sz="8" w:space="0" w:color="D9D9D9"/>
            </w:tcBorders>
            <w:shd w:val="clear" w:color="auto" w:fill="FFFFFF"/>
            <w:tcMar>
              <w:top w:w="120" w:type="dxa"/>
              <w:left w:w="120" w:type="dxa"/>
              <w:bottom w:w="120" w:type="dxa"/>
              <w:right w:w="120" w:type="dxa"/>
            </w:tcMar>
            <w:vAlign w:val="center"/>
          </w:tcPr>
          <w:p w14:paraId="2B40A4BE" w14:textId="77777777" w:rsidR="007E6525" w:rsidRPr="00B40A54" w:rsidRDefault="002F0BD9">
            <w:pPr>
              <w:spacing w:after="0" w:line="252" w:lineRule="auto"/>
              <w:rPr>
                <w:lang w:val="fr-BE"/>
              </w:rPr>
            </w:pPr>
            <w:r w:rsidRPr="00B40A54">
              <w:rPr>
                <w:i/>
                <w:color w:val="777777"/>
                <w:sz w:val="17"/>
                <w:lang w:val="fr-BE"/>
              </w:rPr>
              <w:t>Indiquer toute information complémentaire utile à la bonne compréhension du projet.</w:t>
            </w:r>
            <w:r w:rsidRPr="00B40A54">
              <w:rPr>
                <w:lang w:val="fr-BE"/>
              </w:rPr>
              <w:br/>
            </w:r>
            <w:r w:rsidRPr="00B40A54">
              <w:rPr>
                <w:lang w:val="fr-BE"/>
              </w:rPr>
              <w:br/>
            </w:r>
            <w:r w:rsidRPr="00B40A54">
              <w:rPr>
                <w:lang w:val="fr-BE"/>
              </w:rPr>
              <w:br/>
            </w:r>
            <w:r w:rsidRPr="00B40A54">
              <w:rPr>
                <w:lang w:val="fr-BE"/>
              </w:rPr>
              <w:br/>
            </w:r>
            <w:r w:rsidRPr="00B40A54">
              <w:rPr>
                <w:lang w:val="fr-BE"/>
              </w:rPr>
              <w:br/>
            </w:r>
          </w:p>
        </w:tc>
      </w:tr>
    </w:tbl>
    <w:p w14:paraId="0FAEFEB6" w14:textId="77777777" w:rsidR="007E6525" w:rsidRPr="00B40A54" w:rsidRDefault="002F0BD9">
      <w:pPr>
        <w:pStyle w:val="Titre1"/>
        <w:rPr>
          <w:lang w:val="fr-BE"/>
        </w:rPr>
      </w:pPr>
      <w:r w:rsidRPr="000E4B76">
        <w:rPr>
          <w:color w:val="C92274"/>
          <w:lang w:val="fr-BE"/>
        </w:rPr>
        <w:lastRenderedPageBreak/>
        <w:t>5. Délibération, signature et transmission</w:t>
      </w:r>
    </w:p>
    <w:tbl>
      <w:tblPr>
        <w:tblW w:w="0" w:type="auto"/>
        <w:jc w:val="center"/>
        <w:tblLook w:val="04A0" w:firstRow="1" w:lastRow="0" w:firstColumn="1" w:lastColumn="0" w:noHBand="0" w:noVBand="1"/>
      </w:tblPr>
      <w:tblGrid>
        <w:gridCol w:w="2823"/>
        <w:gridCol w:w="7400"/>
        <w:gridCol w:w="59"/>
      </w:tblGrid>
      <w:tr w:rsidR="007E6525" w:rsidRPr="004709A0" w14:paraId="6D116A4D" w14:textId="77777777">
        <w:trPr>
          <w:gridAfter w:val="1"/>
          <w:wAfter w:w="60" w:type="dxa"/>
          <w:jc w:val="center"/>
        </w:trPr>
        <w:tc>
          <w:tcPr>
            <w:tcW w:w="10312" w:type="dxa"/>
            <w:gridSpan w:val="2"/>
            <w:tcBorders>
              <w:top w:val="single" w:sz="12" w:space="0" w:color="E6007E"/>
              <w:left w:val="single" w:sz="12" w:space="0" w:color="E6007E"/>
              <w:bottom w:val="single" w:sz="12" w:space="0" w:color="E6007E"/>
              <w:right w:val="single" w:sz="12" w:space="0" w:color="E6007E"/>
            </w:tcBorders>
            <w:shd w:val="clear" w:color="auto" w:fill="FCE4F1"/>
            <w:tcMar>
              <w:top w:w="160" w:type="dxa"/>
              <w:left w:w="180" w:type="dxa"/>
              <w:bottom w:w="160" w:type="dxa"/>
              <w:right w:w="180" w:type="dxa"/>
            </w:tcMar>
          </w:tcPr>
          <w:p w14:paraId="476E49C8" w14:textId="7AEF7F75" w:rsidR="007E6525" w:rsidRPr="00B40A54" w:rsidRDefault="002F0BD9">
            <w:pPr>
              <w:spacing w:after="0"/>
              <w:rPr>
                <w:lang w:val="fr-BE"/>
              </w:rPr>
            </w:pPr>
            <w:r w:rsidRPr="00B40A54">
              <w:rPr>
                <w:color w:val="333333"/>
                <w:lang w:val="fr-BE"/>
              </w:rPr>
              <w:t xml:space="preserve">La demande doit avoir fait l’objet d’une délibération du collège des Bourgmestre et Échevins ou du Conseil d’administration de l’intercommunale. Elle doit être signée par l’autorité compétente et transmise uniquement par courrier électronique à </w:t>
            </w:r>
            <w:hyperlink r:id="rId11" w:history="1">
              <w:r w:rsidR="00996713" w:rsidRPr="003B0090">
                <w:rPr>
                  <w:rStyle w:val="Lienhypertexte"/>
                  <w:lang w:val="fr-BE"/>
                </w:rPr>
                <w:t>pouvoirs-locaux@sprb.brussels</w:t>
              </w:r>
            </w:hyperlink>
            <w:r w:rsidRPr="00B40A54">
              <w:rPr>
                <w:color w:val="333333"/>
                <w:lang w:val="fr-BE"/>
              </w:rPr>
              <w:t xml:space="preserve"> au plus tard le 1</w:t>
            </w:r>
            <w:r w:rsidRPr="00996713">
              <w:rPr>
                <w:color w:val="333333"/>
                <w:vertAlign w:val="superscript"/>
                <w:lang w:val="fr-BE"/>
              </w:rPr>
              <w:t>er</w:t>
            </w:r>
            <w:r w:rsidRPr="00B40A54">
              <w:rPr>
                <w:color w:val="333333"/>
                <w:lang w:val="fr-BE"/>
              </w:rPr>
              <w:t xml:space="preserve"> octobre 2026 à minuit.</w:t>
            </w:r>
          </w:p>
        </w:tc>
      </w:tr>
      <w:tr w:rsidR="007E6525" w:rsidRPr="00B40A54" w14:paraId="27D5D539" w14:textId="77777777" w:rsidTr="00AD7475">
        <w:trPr>
          <w:tblHeader/>
          <w:jc w:val="center"/>
        </w:trPr>
        <w:tc>
          <w:tcPr>
            <w:tcW w:w="10372" w:type="dxa"/>
            <w:gridSpan w:val="3"/>
            <w:tcBorders>
              <w:top w:val="single" w:sz="8" w:space="0" w:color="D9D9D9"/>
              <w:left w:val="single" w:sz="8" w:space="0" w:color="D9D9D9"/>
              <w:bottom w:val="single" w:sz="8" w:space="0" w:color="D9D9D9"/>
              <w:right w:val="single" w:sz="8" w:space="0" w:color="D9D9D9"/>
            </w:tcBorders>
            <w:shd w:val="clear" w:color="auto" w:fill="C92274"/>
            <w:tcMar>
              <w:top w:w="120" w:type="dxa"/>
              <w:left w:w="120" w:type="dxa"/>
              <w:bottom w:w="120" w:type="dxa"/>
              <w:right w:w="120" w:type="dxa"/>
            </w:tcMar>
            <w:vAlign w:val="center"/>
          </w:tcPr>
          <w:p w14:paraId="5027F459" w14:textId="77777777" w:rsidR="007E6525" w:rsidRPr="00B40A54" w:rsidRDefault="002F0BD9">
            <w:pPr>
              <w:spacing w:after="0" w:line="252" w:lineRule="auto"/>
              <w:rPr>
                <w:lang w:val="fr-BE"/>
              </w:rPr>
            </w:pPr>
            <w:r w:rsidRPr="00B40A54">
              <w:rPr>
                <w:b/>
                <w:color w:val="FFFFFF"/>
                <w:sz w:val="21"/>
                <w:lang w:val="fr-BE"/>
              </w:rPr>
              <w:t>Validation du dossier</w:t>
            </w:r>
          </w:p>
        </w:tc>
      </w:tr>
      <w:tr w:rsidR="007E6525" w:rsidRPr="00B40A54" w14:paraId="498D234C" w14:textId="77777777" w:rsidTr="00B40A54">
        <w:trPr>
          <w:jc w:val="center"/>
        </w:trPr>
        <w:tc>
          <w:tcPr>
            <w:tcW w:w="2835" w:type="dxa"/>
            <w:tcBorders>
              <w:top w:val="single" w:sz="8" w:space="0" w:color="D9D9D9"/>
              <w:left w:val="single" w:sz="8" w:space="0" w:color="D9D9D9"/>
              <w:bottom w:val="single" w:sz="8" w:space="0" w:color="D9D9D9"/>
              <w:right w:val="single" w:sz="8" w:space="0" w:color="D9D9D9"/>
            </w:tcBorders>
            <w:shd w:val="clear" w:color="auto" w:fill="FCE4F1"/>
            <w:tcMar>
              <w:top w:w="120" w:type="dxa"/>
              <w:left w:w="120" w:type="dxa"/>
              <w:bottom w:w="120" w:type="dxa"/>
              <w:right w:w="120" w:type="dxa"/>
            </w:tcMar>
            <w:vAlign w:val="center"/>
          </w:tcPr>
          <w:p w14:paraId="5161ABD8" w14:textId="77777777" w:rsidR="007E6525" w:rsidRPr="00B40A54" w:rsidRDefault="002F0BD9">
            <w:pPr>
              <w:spacing w:after="0" w:line="252" w:lineRule="auto"/>
              <w:rPr>
                <w:lang w:val="fr-BE"/>
              </w:rPr>
            </w:pPr>
            <w:r w:rsidRPr="00B40A54">
              <w:rPr>
                <w:b/>
                <w:color w:val="333333"/>
                <w:lang w:val="fr-BE"/>
              </w:rPr>
              <w:t>Délibération jointe</w:t>
            </w:r>
          </w:p>
        </w:tc>
        <w:tc>
          <w:tcPr>
            <w:tcW w:w="7537" w:type="dxa"/>
            <w:gridSpan w:val="2"/>
            <w:tcBorders>
              <w:top w:val="single" w:sz="8" w:space="0" w:color="D9D9D9"/>
              <w:left w:val="single" w:sz="8" w:space="0" w:color="D9D9D9"/>
              <w:bottom w:val="single" w:sz="8" w:space="0" w:color="D9D9D9"/>
              <w:right w:val="single" w:sz="8" w:space="0" w:color="D9D9D9"/>
            </w:tcBorders>
            <w:tcMar>
              <w:top w:w="120" w:type="dxa"/>
              <w:left w:w="120" w:type="dxa"/>
              <w:bottom w:w="120" w:type="dxa"/>
              <w:right w:w="120" w:type="dxa"/>
            </w:tcMar>
            <w:vAlign w:val="center"/>
          </w:tcPr>
          <w:p w14:paraId="2B0A69E4" w14:textId="77777777" w:rsidR="007E6525" w:rsidRPr="00B40A54" w:rsidRDefault="002F0BD9">
            <w:pPr>
              <w:spacing w:after="0" w:line="252" w:lineRule="auto"/>
              <w:rPr>
                <w:lang w:val="fr-BE"/>
              </w:rPr>
            </w:pPr>
            <w:r w:rsidRPr="00B40A54">
              <w:rPr>
                <w:i/>
                <w:color w:val="666666"/>
                <w:sz w:val="18"/>
                <w:lang w:val="fr-BE"/>
              </w:rPr>
              <w:t>☐ Oui   ☐ Non</w:t>
            </w:r>
          </w:p>
        </w:tc>
      </w:tr>
      <w:tr w:rsidR="007E6525" w:rsidRPr="00B40A54" w14:paraId="521702B4" w14:textId="77777777" w:rsidTr="00B40A54">
        <w:trPr>
          <w:jc w:val="center"/>
        </w:trPr>
        <w:tc>
          <w:tcPr>
            <w:tcW w:w="2835" w:type="dxa"/>
            <w:tcBorders>
              <w:top w:val="single" w:sz="8" w:space="0" w:color="D9D9D9"/>
              <w:left w:val="single" w:sz="8" w:space="0" w:color="D9D9D9"/>
              <w:bottom w:val="single" w:sz="8" w:space="0" w:color="D9D9D9"/>
              <w:right w:val="single" w:sz="8" w:space="0" w:color="D9D9D9"/>
            </w:tcBorders>
            <w:shd w:val="clear" w:color="auto" w:fill="FCE4F1"/>
            <w:tcMar>
              <w:top w:w="120" w:type="dxa"/>
              <w:left w:w="120" w:type="dxa"/>
              <w:bottom w:w="120" w:type="dxa"/>
              <w:right w:w="120" w:type="dxa"/>
            </w:tcMar>
            <w:vAlign w:val="center"/>
          </w:tcPr>
          <w:p w14:paraId="469001C9" w14:textId="77777777" w:rsidR="007E6525" w:rsidRPr="00B40A54" w:rsidRDefault="002F0BD9">
            <w:pPr>
              <w:spacing w:after="0" w:line="252" w:lineRule="auto"/>
              <w:rPr>
                <w:lang w:val="fr-BE"/>
              </w:rPr>
            </w:pPr>
            <w:r w:rsidRPr="00B40A54">
              <w:rPr>
                <w:b/>
                <w:color w:val="333333"/>
                <w:lang w:val="fr-BE"/>
              </w:rPr>
              <w:t>Date de la délibération</w:t>
            </w:r>
          </w:p>
        </w:tc>
        <w:tc>
          <w:tcPr>
            <w:tcW w:w="7537" w:type="dxa"/>
            <w:gridSpan w:val="2"/>
            <w:tcBorders>
              <w:top w:val="single" w:sz="8" w:space="0" w:color="D9D9D9"/>
              <w:left w:val="single" w:sz="8" w:space="0" w:color="D9D9D9"/>
              <w:bottom w:val="single" w:sz="8" w:space="0" w:color="D9D9D9"/>
              <w:right w:val="single" w:sz="8" w:space="0" w:color="D9D9D9"/>
            </w:tcBorders>
            <w:tcMar>
              <w:top w:w="120" w:type="dxa"/>
              <w:left w:w="120" w:type="dxa"/>
              <w:bottom w:w="120" w:type="dxa"/>
              <w:right w:w="120" w:type="dxa"/>
            </w:tcMar>
            <w:vAlign w:val="center"/>
          </w:tcPr>
          <w:p w14:paraId="1DA15A6E" w14:textId="77777777" w:rsidR="007E6525" w:rsidRPr="00B40A54" w:rsidRDefault="002F0BD9">
            <w:pPr>
              <w:spacing w:after="0" w:line="252" w:lineRule="auto"/>
              <w:rPr>
                <w:lang w:val="fr-BE"/>
              </w:rPr>
            </w:pPr>
            <w:r w:rsidRPr="00B40A54">
              <w:rPr>
                <w:sz w:val="18"/>
                <w:lang w:val="fr-BE"/>
              </w:rPr>
              <w:t xml:space="preserve"> </w:t>
            </w:r>
          </w:p>
        </w:tc>
      </w:tr>
      <w:tr w:rsidR="007E6525" w:rsidRPr="004709A0" w14:paraId="186A3CD2" w14:textId="77777777" w:rsidTr="00B40A54">
        <w:trPr>
          <w:jc w:val="center"/>
        </w:trPr>
        <w:tc>
          <w:tcPr>
            <w:tcW w:w="2835" w:type="dxa"/>
            <w:tcBorders>
              <w:top w:val="single" w:sz="8" w:space="0" w:color="D9D9D9"/>
              <w:left w:val="single" w:sz="8" w:space="0" w:color="D9D9D9"/>
              <w:bottom w:val="single" w:sz="8" w:space="0" w:color="D9D9D9"/>
              <w:right w:val="single" w:sz="8" w:space="0" w:color="D9D9D9"/>
            </w:tcBorders>
            <w:shd w:val="clear" w:color="auto" w:fill="FCE4F1"/>
            <w:tcMar>
              <w:top w:w="120" w:type="dxa"/>
              <w:left w:w="120" w:type="dxa"/>
              <w:bottom w:w="120" w:type="dxa"/>
              <w:right w:w="120" w:type="dxa"/>
            </w:tcMar>
            <w:vAlign w:val="center"/>
          </w:tcPr>
          <w:p w14:paraId="57CF9DF0" w14:textId="52F77998" w:rsidR="007E6525" w:rsidRPr="00B40A54" w:rsidRDefault="002F0BD9">
            <w:pPr>
              <w:spacing w:after="0" w:line="252" w:lineRule="auto"/>
              <w:rPr>
                <w:lang w:val="fr-BE"/>
              </w:rPr>
            </w:pPr>
            <w:r w:rsidRPr="00B40A54">
              <w:rPr>
                <w:b/>
                <w:color w:val="333333"/>
                <w:lang w:val="fr-BE"/>
              </w:rPr>
              <w:t>Nom</w:t>
            </w:r>
            <w:r w:rsidR="00B40A54">
              <w:rPr>
                <w:b/>
                <w:color w:val="333333"/>
                <w:lang w:val="fr-BE"/>
              </w:rPr>
              <w:t>s</w:t>
            </w:r>
            <w:r w:rsidRPr="00B40A54">
              <w:rPr>
                <w:b/>
                <w:color w:val="333333"/>
                <w:lang w:val="fr-BE"/>
              </w:rPr>
              <w:t xml:space="preserve"> et fonction</w:t>
            </w:r>
            <w:r w:rsidR="00B40A54">
              <w:rPr>
                <w:b/>
                <w:color w:val="333333"/>
                <w:lang w:val="fr-BE"/>
              </w:rPr>
              <w:t>s</w:t>
            </w:r>
            <w:r w:rsidRPr="00B40A54">
              <w:rPr>
                <w:b/>
                <w:color w:val="333333"/>
                <w:lang w:val="fr-BE"/>
              </w:rPr>
              <w:t xml:space="preserve"> du signataire</w:t>
            </w:r>
            <w:r w:rsidR="00B40A54">
              <w:rPr>
                <w:b/>
                <w:color w:val="333333"/>
                <w:lang w:val="fr-BE"/>
              </w:rPr>
              <w:t xml:space="preserve"> et du contre-signataire </w:t>
            </w:r>
          </w:p>
        </w:tc>
        <w:tc>
          <w:tcPr>
            <w:tcW w:w="7537" w:type="dxa"/>
            <w:gridSpan w:val="2"/>
            <w:tcBorders>
              <w:top w:val="single" w:sz="8" w:space="0" w:color="D9D9D9"/>
              <w:left w:val="single" w:sz="8" w:space="0" w:color="D9D9D9"/>
              <w:bottom w:val="single" w:sz="8" w:space="0" w:color="D9D9D9"/>
              <w:right w:val="single" w:sz="8" w:space="0" w:color="D9D9D9"/>
            </w:tcBorders>
            <w:tcMar>
              <w:top w:w="120" w:type="dxa"/>
              <w:left w:w="120" w:type="dxa"/>
              <w:bottom w:w="120" w:type="dxa"/>
              <w:right w:w="120" w:type="dxa"/>
            </w:tcMar>
            <w:vAlign w:val="center"/>
          </w:tcPr>
          <w:p w14:paraId="52EAE544" w14:textId="77777777" w:rsidR="007E6525" w:rsidRPr="00B40A54" w:rsidRDefault="002F0BD9">
            <w:pPr>
              <w:spacing w:after="0" w:line="252" w:lineRule="auto"/>
              <w:rPr>
                <w:lang w:val="fr-BE"/>
              </w:rPr>
            </w:pPr>
            <w:r w:rsidRPr="00B40A54">
              <w:rPr>
                <w:sz w:val="18"/>
                <w:lang w:val="fr-BE"/>
              </w:rPr>
              <w:t xml:space="preserve"> </w:t>
            </w:r>
          </w:p>
        </w:tc>
      </w:tr>
    </w:tbl>
    <w:p w14:paraId="0F4C6853" w14:textId="77777777" w:rsidR="007E6525" w:rsidRPr="00B40A54" w:rsidRDefault="007E6525">
      <w:pPr>
        <w:spacing w:after="40"/>
        <w:rPr>
          <w:lang w:val="fr-BE"/>
        </w:rPr>
      </w:pPr>
    </w:p>
    <w:p w14:paraId="014AF8BF" w14:textId="51881F52" w:rsidR="007E6525" w:rsidRPr="00B40A54" w:rsidRDefault="002F0BD9">
      <w:pPr>
        <w:pStyle w:val="Titre1"/>
        <w:rPr>
          <w:lang w:val="fr-BE"/>
        </w:rPr>
      </w:pPr>
      <w:r w:rsidRPr="000E4B76">
        <w:rPr>
          <w:color w:val="C92274"/>
          <w:lang w:val="fr-BE"/>
        </w:rPr>
        <w:t>6. Liste récapitulative des annexes</w:t>
      </w:r>
      <w:r w:rsidR="00B40A54" w:rsidRPr="000E4B76">
        <w:rPr>
          <w:color w:val="C92274"/>
          <w:lang w:val="fr-BE"/>
        </w:rPr>
        <w:t xml:space="preserve"> le cas échéant</w:t>
      </w:r>
    </w:p>
    <w:tbl>
      <w:tblPr>
        <w:tblW w:w="0" w:type="auto"/>
        <w:jc w:val="center"/>
        <w:tblLook w:val="04A0" w:firstRow="1" w:lastRow="0" w:firstColumn="1" w:lastColumn="0" w:noHBand="0" w:noVBand="1"/>
      </w:tblPr>
      <w:tblGrid>
        <w:gridCol w:w="6236"/>
        <w:gridCol w:w="2381"/>
        <w:gridCol w:w="1020"/>
      </w:tblGrid>
      <w:tr w:rsidR="007E6525" w:rsidRPr="00B40A54" w14:paraId="3A54DFB5" w14:textId="77777777" w:rsidTr="00996713">
        <w:trPr>
          <w:tblHeader/>
          <w:jc w:val="center"/>
        </w:trPr>
        <w:tc>
          <w:tcPr>
            <w:tcW w:w="6236" w:type="dxa"/>
            <w:tcBorders>
              <w:top w:val="single" w:sz="8" w:space="0" w:color="D9D9D9"/>
              <w:left w:val="single" w:sz="8" w:space="0" w:color="D9D9D9"/>
              <w:bottom w:val="single" w:sz="8" w:space="0" w:color="D9D9D9"/>
              <w:right w:val="single" w:sz="8" w:space="0" w:color="D9D9D9"/>
            </w:tcBorders>
            <w:shd w:val="clear" w:color="auto" w:fill="C92274"/>
            <w:tcMar>
              <w:top w:w="120" w:type="dxa"/>
              <w:left w:w="120" w:type="dxa"/>
              <w:bottom w:w="120" w:type="dxa"/>
              <w:right w:w="120" w:type="dxa"/>
            </w:tcMar>
            <w:vAlign w:val="center"/>
          </w:tcPr>
          <w:p w14:paraId="7DDECE26" w14:textId="77777777" w:rsidR="007E6525" w:rsidRPr="00B40A54" w:rsidRDefault="002F0BD9">
            <w:pPr>
              <w:spacing w:after="0" w:line="252" w:lineRule="auto"/>
              <w:rPr>
                <w:lang w:val="fr-BE"/>
              </w:rPr>
            </w:pPr>
            <w:r w:rsidRPr="00B40A54">
              <w:rPr>
                <w:b/>
                <w:color w:val="FFFFFF"/>
                <w:lang w:val="fr-BE"/>
              </w:rPr>
              <w:t>Élément demandé</w:t>
            </w:r>
          </w:p>
        </w:tc>
        <w:tc>
          <w:tcPr>
            <w:tcW w:w="2381" w:type="dxa"/>
            <w:tcBorders>
              <w:top w:val="single" w:sz="8" w:space="0" w:color="D9D9D9"/>
              <w:left w:val="single" w:sz="8" w:space="0" w:color="D9D9D9"/>
              <w:bottom w:val="single" w:sz="8" w:space="0" w:color="D9D9D9"/>
              <w:right w:val="single" w:sz="8" w:space="0" w:color="D9D9D9"/>
            </w:tcBorders>
            <w:shd w:val="clear" w:color="auto" w:fill="C92274"/>
            <w:tcMar>
              <w:top w:w="120" w:type="dxa"/>
              <w:left w:w="120" w:type="dxa"/>
              <w:bottom w:w="120" w:type="dxa"/>
              <w:right w:w="120" w:type="dxa"/>
            </w:tcMar>
            <w:vAlign w:val="center"/>
          </w:tcPr>
          <w:p w14:paraId="67977CBA" w14:textId="77777777" w:rsidR="007E6525" w:rsidRPr="00B40A54" w:rsidRDefault="002F0BD9">
            <w:pPr>
              <w:spacing w:after="0" w:line="252" w:lineRule="auto"/>
              <w:rPr>
                <w:lang w:val="fr-BE"/>
              </w:rPr>
            </w:pPr>
            <w:r w:rsidRPr="00B40A54">
              <w:rPr>
                <w:b/>
                <w:color w:val="FFFFFF"/>
                <w:lang w:val="fr-BE"/>
              </w:rPr>
              <w:t>Référence / annexe</w:t>
            </w:r>
          </w:p>
        </w:tc>
        <w:tc>
          <w:tcPr>
            <w:tcW w:w="1020" w:type="dxa"/>
            <w:tcBorders>
              <w:top w:val="single" w:sz="8" w:space="0" w:color="D9D9D9"/>
              <w:left w:val="single" w:sz="8" w:space="0" w:color="D9D9D9"/>
              <w:bottom w:val="single" w:sz="8" w:space="0" w:color="D9D9D9"/>
              <w:right w:val="single" w:sz="8" w:space="0" w:color="D9D9D9"/>
            </w:tcBorders>
            <w:shd w:val="clear" w:color="auto" w:fill="C92274"/>
            <w:tcMar>
              <w:top w:w="120" w:type="dxa"/>
              <w:left w:w="120" w:type="dxa"/>
              <w:bottom w:w="120" w:type="dxa"/>
              <w:right w:w="120" w:type="dxa"/>
            </w:tcMar>
            <w:vAlign w:val="center"/>
          </w:tcPr>
          <w:p w14:paraId="3998E9FA" w14:textId="77777777" w:rsidR="007E6525" w:rsidRPr="00B40A54" w:rsidRDefault="002F0BD9">
            <w:pPr>
              <w:spacing w:after="0" w:line="252" w:lineRule="auto"/>
              <w:rPr>
                <w:lang w:val="fr-BE"/>
              </w:rPr>
            </w:pPr>
            <w:r w:rsidRPr="00B40A54">
              <w:rPr>
                <w:b/>
                <w:color w:val="FFFFFF"/>
                <w:lang w:val="fr-BE"/>
              </w:rPr>
              <w:t>Présent</w:t>
            </w:r>
          </w:p>
        </w:tc>
      </w:tr>
      <w:tr w:rsidR="007E6525" w:rsidRPr="00B40A54" w14:paraId="3A115D8E" w14:textId="77777777">
        <w:trPr>
          <w:jc w:val="center"/>
        </w:trPr>
        <w:tc>
          <w:tcPr>
            <w:tcW w:w="6236" w:type="dxa"/>
            <w:tcBorders>
              <w:top w:val="single" w:sz="8" w:space="0" w:color="D9D9D9"/>
              <w:left w:val="single" w:sz="8" w:space="0" w:color="D9D9D9"/>
              <w:bottom w:val="single" w:sz="8" w:space="0" w:color="D9D9D9"/>
              <w:right w:val="single" w:sz="8" w:space="0" w:color="D9D9D9"/>
            </w:tcBorders>
            <w:tcMar>
              <w:top w:w="120" w:type="dxa"/>
              <w:left w:w="120" w:type="dxa"/>
              <w:bottom w:w="120" w:type="dxa"/>
              <w:right w:w="120" w:type="dxa"/>
            </w:tcMar>
            <w:vAlign w:val="center"/>
          </w:tcPr>
          <w:p w14:paraId="6516EBF5" w14:textId="77777777" w:rsidR="007E6525" w:rsidRPr="00B40A54" w:rsidRDefault="002F0BD9">
            <w:pPr>
              <w:spacing w:after="0" w:line="252" w:lineRule="auto"/>
              <w:rPr>
                <w:lang w:val="fr-BE"/>
              </w:rPr>
            </w:pPr>
            <w:r w:rsidRPr="00B40A54">
              <w:rPr>
                <w:lang w:val="fr-BE"/>
              </w:rPr>
              <w:t>Délibération du collège des Bourgmestre et Échevins ou du Conseil d’administration de l’intercommunale.</w:t>
            </w:r>
          </w:p>
        </w:tc>
        <w:tc>
          <w:tcPr>
            <w:tcW w:w="2381" w:type="dxa"/>
            <w:tcBorders>
              <w:top w:val="single" w:sz="8" w:space="0" w:color="D9D9D9"/>
              <w:left w:val="single" w:sz="8" w:space="0" w:color="D9D9D9"/>
              <w:bottom w:val="single" w:sz="8" w:space="0" w:color="D9D9D9"/>
              <w:right w:val="single" w:sz="8" w:space="0" w:color="D9D9D9"/>
            </w:tcBorders>
            <w:tcMar>
              <w:top w:w="120" w:type="dxa"/>
              <w:left w:w="120" w:type="dxa"/>
              <w:bottom w:w="120" w:type="dxa"/>
              <w:right w:w="120" w:type="dxa"/>
            </w:tcMar>
            <w:vAlign w:val="center"/>
          </w:tcPr>
          <w:p w14:paraId="3B67019A" w14:textId="77777777" w:rsidR="007E6525" w:rsidRPr="00B40A54" w:rsidRDefault="007E6525">
            <w:pPr>
              <w:spacing w:after="0" w:line="252" w:lineRule="auto"/>
              <w:rPr>
                <w:lang w:val="fr-BE"/>
              </w:rPr>
            </w:pPr>
          </w:p>
        </w:tc>
        <w:tc>
          <w:tcPr>
            <w:tcW w:w="1020" w:type="dxa"/>
            <w:tcBorders>
              <w:top w:val="single" w:sz="8" w:space="0" w:color="D9D9D9"/>
              <w:left w:val="single" w:sz="8" w:space="0" w:color="D9D9D9"/>
              <w:bottom w:val="single" w:sz="8" w:space="0" w:color="D9D9D9"/>
              <w:right w:val="single" w:sz="8" w:space="0" w:color="D9D9D9"/>
            </w:tcBorders>
            <w:tcMar>
              <w:top w:w="120" w:type="dxa"/>
              <w:left w:w="120" w:type="dxa"/>
              <w:bottom w:w="120" w:type="dxa"/>
              <w:right w:w="120" w:type="dxa"/>
            </w:tcMar>
            <w:vAlign w:val="center"/>
          </w:tcPr>
          <w:p w14:paraId="79B5447D" w14:textId="77777777" w:rsidR="007E6525" w:rsidRPr="00B40A54" w:rsidRDefault="002F0BD9">
            <w:pPr>
              <w:spacing w:after="0" w:line="252" w:lineRule="auto"/>
              <w:rPr>
                <w:lang w:val="fr-BE"/>
              </w:rPr>
            </w:pPr>
            <w:r w:rsidRPr="00B40A54">
              <w:rPr>
                <w:lang w:val="fr-BE"/>
              </w:rPr>
              <w:t>☐ Oui</w:t>
            </w:r>
          </w:p>
        </w:tc>
      </w:tr>
      <w:tr w:rsidR="007E6525" w:rsidRPr="00B40A54" w14:paraId="4FC6795A" w14:textId="77777777">
        <w:trPr>
          <w:jc w:val="center"/>
        </w:trPr>
        <w:tc>
          <w:tcPr>
            <w:tcW w:w="6236" w:type="dxa"/>
            <w:tcBorders>
              <w:top w:val="single" w:sz="8" w:space="0" w:color="D9D9D9"/>
              <w:left w:val="single" w:sz="8" w:space="0" w:color="D9D9D9"/>
              <w:bottom w:val="single" w:sz="8" w:space="0" w:color="D9D9D9"/>
              <w:right w:val="single" w:sz="8" w:space="0" w:color="D9D9D9"/>
            </w:tcBorders>
            <w:tcMar>
              <w:top w:w="120" w:type="dxa"/>
              <w:left w:w="120" w:type="dxa"/>
              <w:bottom w:w="120" w:type="dxa"/>
              <w:right w:w="120" w:type="dxa"/>
            </w:tcMar>
            <w:vAlign w:val="center"/>
          </w:tcPr>
          <w:p w14:paraId="473EEB06" w14:textId="77777777" w:rsidR="007E6525" w:rsidRPr="00B40A54" w:rsidRDefault="002F0BD9">
            <w:pPr>
              <w:spacing w:after="0" w:line="252" w:lineRule="auto"/>
              <w:rPr>
                <w:lang w:val="fr-BE"/>
              </w:rPr>
            </w:pPr>
            <w:r w:rsidRPr="00B40A54">
              <w:rPr>
                <w:lang w:val="fr-BE"/>
              </w:rPr>
              <w:t>Estimation détaillée des coûts.</w:t>
            </w:r>
          </w:p>
        </w:tc>
        <w:tc>
          <w:tcPr>
            <w:tcW w:w="2381" w:type="dxa"/>
            <w:tcBorders>
              <w:top w:val="single" w:sz="8" w:space="0" w:color="D9D9D9"/>
              <w:left w:val="single" w:sz="8" w:space="0" w:color="D9D9D9"/>
              <w:bottom w:val="single" w:sz="8" w:space="0" w:color="D9D9D9"/>
              <w:right w:val="single" w:sz="8" w:space="0" w:color="D9D9D9"/>
            </w:tcBorders>
            <w:tcMar>
              <w:top w:w="120" w:type="dxa"/>
              <w:left w:w="120" w:type="dxa"/>
              <w:bottom w:w="120" w:type="dxa"/>
              <w:right w:w="120" w:type="dxa"/>
            </w:tcMar>
            <w:vAlign w:val="center"/>
          </w:tcPr>
          <w:p w14:paraId="53CB283C" w14:textId="77777777" w:rsidR="007E6525" w:rsidRPr="00B40A54" w:rsidRDefault="007E6525">
            <w:pPr>
              <w:spacing w:after="0" w:line="252" w:lineRule="auto"/>
              <w:rPr>
                <w:lang w:val="fr-BE"/>
              </w:rPr>
            </w:pPr>
          </w:p>
        </w:tc>
        <w:tc>
          <w:tcPr>
            <w:tcW w:w="1020" w:type="dxa"/>
            <w:tcBorders>
              <w:top w:val="single" w:sz="8" w:space="0" w:color="D9D9D9"/>
              <w:left w:val="single" w:sz="8" w:space="0" w:color="D9D9D9"/>
              <w:bottom w:val="single" w:sz="8" w:space="0" w:color="D9D9D9"/>
              <w:right w:val="single" w:sz="8" w:space="0" w:color="D9D9D9"/>
            </w:tcBorders>
            <w:tcMar>
              <w:top w:w="120" w:type="dxa"/>
              <w:left w:w="120" w:type="dxa"/>
              <w:bottom w:w="120" w:type="dxa"/>
              <w:right w:w="120" w:type="dxa"/>
            </w:tcMar>
            <w:vAlign w:val="center"/>
          </w:tcPr>
          <w:p w14:paraId="33D36495" w14:textId="77777777" w:rsidR="007E6525" w:rsidRPr="00B40A54" w:rsidRDefault="002F0BD9">
            <w:pPr>
              <w:spacing w:after="0" w:line="252" w:lineRule="auto"/>
              <w:rPr>
                <w:lang w:val="fr-BE"/>
              </w:rPr>
            </w:pPr>
            <w:r w:rsidRPr="00B40A54">
              <w:rPr>
                <w:lang w:val="fr-BE"/>
              </w:rPr>
              <w:t>☐ Oui</w:t>
            </w:r>
          </w:p>
        </w:tc>
      </w:tr>
      <w:tr w:rsidR="007E6525" w:rsidRPr="00B40A54" w14:paraId="206E72BC" w14:textId="77777777">
        <w:trPr>
          <w:jc w:val="center"/>
        </w:trPr>
        <w:tc>
          <w:tcPr>
            <w:tcW w:w="6236" w:type="dxa"/>
            <w:tcBorders>
              <w:top w:val="single" w:sz="8" w:space="0" w:color="D9D9D9"/>
              <w:left w:val="single" w:sz="8" w:space="0" w:color="D9D9D9"/>
              <w:bottom w:val="single" w:sz="8" w:space="0" w:color="D9D9D9"/>
              <w:right w:val="single" w:sz="8" w:space="0" w:color="D9D9D9"/>
            </w:tcBorders>
            <w:tcMar>
              <w:top w:w="120" w:type="dxa"/>
              <w:left w:w="120" w:type="dxa"/>
              <w:bottom w:w="120" w:type="dxa"/>
              <w:right w:w="120" w:type="dxa"/>
            </w:tcMar>
            <w:vAlign w:val="center"/>
          </w:tcPr>
          <w:p w14:paraId="0C2A47A4" w14:textId="77777777" w:rsidR="007E6525" w:rsidRPr="00B40A54" w:rsidRDefault="002F0BD9">
            <w:pPr>
              <w:spacing w:after="0" w:line="252" w:lineRule="auto"/>
              <w:rPr>
                <w:lang w:val="fr-BE"/>
              </w:rPr>
            </w:pPr>
            <w:r w:rsidRPr="00B40A54">
              <w:rPr>
                <w:lang w:val="fr-BE"/>
              </w:rPr>
              <w:t>Plans, croquis, schémas ou documents localisant la parcelle, le cas échéant.</w:t>
            </w:r>
          </w:p>
        </w:tc>
        <w:tc>
          <w:tcPr>
            <w:tcW w:w="2381" w:type="dxa"/>
            <w:tcBorders>
              <w:top w:val="single" w:sz="8" w:space="0" w:color="D9D9D9"/>
              <w:left w:val="single" w:sz="8" w:space="0" w:color="D9D9D9"/>
              <w:bottom w:val="single" w:sz="8" w:space="0" w:color="D9D9D9"/>
              <w:right w:val="single" w:sz="8" w:space="0" w:color="D9D9D9"/>
            </w:tcBorders>
            <w:tcMar>
              <w:top w:w="120" w:type="dxa"/>
              <w:left w:w="120" w:type="dxa"/>
              <w:bottom w:w="120" w:type="dxa"/>
              <w:right w:w="120" w:type="dxa"/>
            </w:tcMar>
            <w:vAlign w:val="center"/>
          </w:tcPr>
          <w:p w14:paraId="4D0B1F2A" w14:textId="77777777" w:rsidR="007E6525" w:rsidRPr="00B40A54" w:rsidRDefault="007E6525">
            <w:pPr>
              <w:spacing w:after="0" w:line="252" w:lineRule="auto"/>
              <w:rPr>
                <w:lang w:val="fr-BE"/>
              </w:rPr>
            </w:pPr>
          </w:p>
        </w:tc>
        <w:tc>
          <w:tcPr>
            <w:tcW w:w="1020" w:type="dxa"/>
            <w:tcBorders>
              <w:top w:val="single" w:sz="8" w:space="0" w:color="D9D9D9"/>
              <w:left w:val="single" w:sz="8" w:space="0" w:color="D9D9D9"/>
              <w:bottom w:val="single" w:sz="8" w:space="0" w:color="D9D9D9"/>
              <w:right w:val="single" w:sz="8" w:space="0" w:color="D9D9D9"/>
            </w:tcBorders>
            <w:tcMar>
              <w:top w:w="120" w:type="dxa"/>
              <w:left w:w="120" w:type="dxa"/>
              <w:bottom w:w="120" w:type="dxa"/>
              <w:right w:w="120" w:type="dxa"/>
            </w:tcMar>
            <w:vAlign w:val="center"/>
          </w:tcPr>
          <w:p w14:paraId="3EB77E20" w14:textId="77777777" w:rsidR="007E6525" w:rsidRPr="00B40A54" w:rsidRDefault="002F0BD9">
            <w:pPr>
              <w:spacing w:after="0" w:line="252" w:lineRule="auto"/>
              <w:rPr>
                <w:lang w:val="fr-BE"/>
              </w:rPr>
            </w:pPr>
            <w:r w:rsidRPr="00B40A54">
              <w:rPr>
                <w:lang w:val="fr-BE"/>
              </w:rPr>
              <w:t>☐ Oui</w:t>
            </w:r>
          </w:p>
        </w:tc>
      </w:tr>
      <w:tr w:rsidR="007E6525" w:rsidRPr="00B40A54" w14:paraId="5D0886A4" w14:textId="77777777">
        <w:trPr>
          <w:jc w:val="center"/>
        </w:trPr>
        <w:tc>
          <w:tcPr>
            <w:tcW w:w="6236" w:type="dxa"/>
            <w:tcBorders>
              <w:top w:val="single" w:sz="8" w:space="0" w:color="D9D9D9"/>
              <w:left w:val="single" w:sz="8" w:space="0" w:color="D9D9D9"/>
              <w:bottom w:val="single" w:sz="8" w:space="0" w:color="D9D9D9"/>
              <w:right w:val="single" w:sz="8" w:space="0" w:color="D9D9D9"/>
            </w:tcBorders>
            <w:tcMar>
              <w:top w:w="120" w:type="dxa"/>
              <w:left w:w="120" w:type="dxa"/>
              <w:bottom w:w="120" w:type="dxa"/>
              <w:right w:w="120" w:type="dxa"/>
            </w:tcMar>
            <w:vAlign w:val="center"/>
          </w:tcPr>
          <w:p w14:paraId="4834595C" w14:textId="77777777" w:rsidR="007E6525" w:rsidRPr="00B40A54" w:rsidRDefault="002F0BD9">
            <w:pPr>
              <w:spacing w:after="0" w:line="252" w:lineRule="auto"/>
              <w:rPr>
                <w:lang w:val="fr-BE"/>
              </w:rPr>
            </w:pPr>
            <w:r w:rsidRPr="00B40A54">
              <w:rPr>
                <w:lang w:val="fr-BE"/>
              </w:rPr>
              <w:t>Étude ou note relative aux exigences des cultes et conceptions philosophiques non confessionnelles reconnues, le cas échéant.</w:t>
            </w:r>
          </w:p>
        </w:tc>
        <w:tc>
          <w:tcPr>
            <w:tcW w:w="2381" w:type="dxa"/>
            <w:tcBorders>
              <w:top w:val="single" w:sz="8" w:space="0" w:color="D9D9D9"/>
              <w:left w:val="single" w:sz="8" w:space="0" w:color="D9D9D9"/>
              <w:bottom w:val="single" w:sz="8" w:space="0" w:color="D9D9D9"/>
              <w:right w:val="single" w:sz="8" w:space="0" w:color="D9D9D9"/>
            </w:tcBorders>
            <w:tcMar>
              <w:top w:w="120" w:type="dxa"/>
              <w:left w:w="120" w:type="dxa"/>
              <w:bottom w:w="120" w:type="dxa"/>
              <w:right w:w="120" w:type="dxa"/>
            </w:tcMar>
            <w:vAlign w:val="center"/>
          </w:tcPr>
          <w:p w14:paraId="1B54E7B4" w14:textId="77777777" w:rsidR="007E6525" w:rsidRPr="00B40A54" w:rsidRDefault="007E6525">
            <w:pPr>
              <w:spacing w:after="0" w:line="252" w:lineRule="auto"/>
              <w:rPr>
                <w:lang w:val="fr-BE"/>
              </w:rPr>
            </w:pPr>
          </w:p>
        </w:tc>
        <w:tc>
          <w:tcPr>
            <w:tcW w:w="1020" w:type="dxa"/>
            <w:tcBorders>
              <w:top w:val="single" w:sz="8" w:space="0" w:color="D9D9D9"/>
              <w:left w:val="single" w:sz="8" w:space="0" w:color="D9D9D9"/>
              <w:bottom w:val="single" w:sz="8" w:space="0" w:color="D9D9D9"/>
              <w:right w:val="single" w:sz="8" w:space="0" w:color="D9D9D9"/>
            </w:tcBorders>
            <w:tcMar>
              <w:top w:w="120" w:type="dxa"/>
              <w:left w:w="120" w:type="dxa"/>
              <w:bottom w:w="120" w:type="dxa"/>
              <w:right w:w="120" w:type="dxa"/>
            </w:tcMar>
            <w:vAlign w:val="center"/>
          </w:tcPr>
          <w:p w14:paraId="2349B098" w14:textId="77777777" w:rsidR="007E6525" w:rsidRPr="00B40A54" w:rsidRDefault="002F0BD9">
            <w:pPr>
              <w:spacing w:after="0" w:line="252" w:lineRule="auto"/>
              <w:rPr>
                <w:lang w:val="fr-BE"/>
              </w:rPr>
            </w:pPr>
            <w:r w:rsidRPr="00B40A54">
              <w:rPr>
                <w:lang w:val="fr-BE"/>
              </w:rPr>
              <w:t>☐ Oui</w:t>
            </w:r>
          </w:p>
        </w:tc>
      </w:tr>
      <w:tr w:rsidR="007E6525" w:rsidRPr="00B40A54" w14:paraId="7EBAD4A6" w14:textId="77777777">
        <w:trPr>
          <w:jc w:val="center"/>
        </w:trPr>
        <w:tc>
          <w:tcPr>
            <w:tcW w:w="6236" w:type="dxa"/>
            <w:tcBorders>
              <w:top w:val="single" w:sz="8" w:space="0" w:color="D9D9D9"/>
              <w:left w:val="single" w:sz="8" w:space="0" w:color="D9D9D9"/>
              <w:bottom w:val="single" w:sz="8" w:space="0" w:color="D9D9D9"/>
              <w:right w:val="single" w:sz="8" w:space="0" w:color="D9D9D9"/>
            </w:tcBorders>
            <w:tcMar>
              <w:top w:w="120" w:type="dxa"/>
              <w:left w:w="120" w:type="dxa"/>
              <w:bottom w:w="120" w:type="dxa"/>
              <w:right w:w="120" w:type="dxa"/>
            </w:tcMar>
            <w:vAlign w:val="center"/>
          </w:tcPr>
          <w:p w14:paraId="2B223019" w14:textId="77777777" w:rsidR="007E6525" w:rsidRPr="00B40A54" w:rsidRDefault="002F0BD9">
            <w:pPr>
              <w:spacing w:after="0" w:line="252" w:lineRule="auto"/>
              <w:rPr>
                <w:lang w:val="fr-BE"/>
              </w:rPr>
            </w:pPr>
            <w:r w:rsidRPr="00B40A54">
              <w:rPr>
                <w:lang w:val="fr-BE"/>
              </w:rPr>
              <w:t>Données ou éléments objectivant les besoins d’inhumation.</w:t>
            </w:r>
          </w:p>
        </w:tc>
        <w:tc>
          <w:tcPr>
            <w:tcW w:w="2381" w:type="dxa"/>
            <w:tcBorders>
              <w:top w:val="single" w:sz="8" w:space="0" w:color="D9D9D9"/>
              <w:left w:val="single" w:sz="8" w:space="0" w:color="D9D9D9"/>
              <w:bottom w:val="single" w:sz="8" w:space="0" w:color="D9D9D9"/>
              <w:right w:val="single" w:sz="8" w:space="0" w:color="D9D9D9"/>
            </w:tcBorders>
            <w:tcMar>
              <w:top w:w="120" w:type="dxa"/>
              <w:left w:w="120" w:type="dxa"/>
              <w:bottom w:w="120" w:type="dxa"/>
              <w:right w:w="120" w:type="dxa"/>
            </w:tcMar>
            <w:vAlign w:val="center"/>
          </w:tcPr>
          <w:p w14:paraId="599C05D9" w14:textId="77777777" w:rsidR="007E6525" w:rsidRPr="00B40A54" w:rsidRDefault="007E6525">
            <w:pPr>
              <w:spacing w:after="0" w:line="252" w:lineRule="auto"/>
              <w:rPr>
                <w:lang w:val="fr-BE"/>
              </w:rPr>
            </w:pPr>
          </w:p>
        </w:tc>
        <w:tc>
          <w:tcPr>
            <w:tcW w:w="1020" w:type="dxa"/>
            <w:tcBorders>
              <w:top w:val="single" w:sz="8" w:space="0" w:color="D9D9D9"/>
              <w:left w:val="single" w:sz="8" w:space="0" w:color="D9D9D9"/>
              <w:bottom w:val="single" w:sz="8" w:space="0" w:color="D9D9D9"/>
              <w:right w:val="single" w:sz="8" w:space="0" w:color="D9D9D9"/>
            </w:tcBorders>
            <w:tcMar>
              <w:top w:w="120" w:type="dxa"/>
              <w:left w:w="120" w:type="dxa"/>
              <w:bottom w:w="120" w:type="dxa"/>
              <w:right w:w="120" w:type="dxa"/>
            </w:tcMar>
            <w:vAlign w:val="center"/>
          </w:tcPr>
          <w:p w14:paraId="51993CB5" w14:textId="77777777" w:rsidR="007E6525" w:rsidRPr="00B40A54" w:rsidRDefault="002F0BD9">
            <w:pPr>
              <w:spacing w:after="0" w:line="252" w:lineRule="auto"/>
              <w:rPr>
                <w:lang w:val="fr-BE"/>
              </w:rPr>
            </w:pPr>
            <w:r w:rsidRPr="00B40A54">
              <w:rPr>
                <w:lang w:val="fr-BE"/>
              </w:rPr>
              <w:t>☐ Oui</w:t>
            </w:r>
          </w:p>
        </w:tc>
      </w:tr>
      <w:tr w:rsidR="007E6525" w:rsidRPr="00B40A54" w14:paraId="1DDF4ADA" w14:textId="77777777">
        <w:trPr>
          <w:jc w:val="center"/>
        </w:trPr>
        <w:tc>
          <w:tcPr>
            <w:tcW w:w="6236" w:type="dxa"/>
            <w:tcBorders>
              <w:top w:val="single" w:sz="8" w:space="0" w:color="D9D9D9"/>
              <w:left w:val="single" w:sz="8" w:space="0" w:color="D9D9D9"/>
              <w:bottom w:val="single" w:sz="8" w:space="0" w:color="D9D9D9"/>
              <w:right w:val="single" w:sz="8" w:space="0" w:color="D9D9D9"/>
            </w:tcBorders>
            <w:tcMar>
              <w:top w:w="120" w:type="dxa"/>
              <w:left w:w="120" w:type="dxa"/>
              <w:bottom w:w="120" w:type="dxa"/>
              <w:right w:w="120" w:type="dxa"/>
            </w:tcMar>
            <w:vAlign w:val="center"/>
          </w:tcPr>
          <w:p w14:paraId="607CEFE5" w14:textId="77777777" w:rsidR="007E6525" w:rsidRPr="00B40A54" w:rsidRDefault="002F0BD9">
            <w:pPr>
              <w:spacing w:after="0" w:line="252" w:lineRule="auto"/>
              <w:rPr>
                <w:lang w:val="fr-BE"/>
              </w:rPr>
            </w:pPr>
            <w:r w:rsidRPr="00B40A54">
              <w:rPr>
                <w:lang w:val="fr-BE"/>
              </w:rPr>
              <w:t>Planning prévisionnel et rétroplanning.</w:t>
            </w:r>
          </w:p>
        </w:tc>
        <w:tc>
          <w:tcPr>
            <w:tcW w:w="2381" w:type="dxa"/>
            <w:tcBorders>
              <w:top w:val="single" w:sz="8" w:space="0" w:color="D9D9D9"/>
              <w:left w:val="single" w:sz="8" w:space="0" w:color="D9D9D9"/>
              <w:bottom w:val="single" w:sz="8" w:space="0" w:color="D9D9D9"/>
              <w:right w:val="single" w:sz="8" w:space="0" w:color="D9D9D9"/>
            </w:tcBorders>
            <w:tcMar>
              <w:top w:w="120" w:type="dxa"/>
              <w:left w:w="120" w:type="dxa"/>
              <w:bottom w:w="120" w:type="dxa"/>
              <w:right w:w="120" w:type="dxa"/>
            </w:tcMar>
            <w:vAlign w:val="center"/>
          </w:tcPr>
          <w:p w14:paraId="340C0D51" w14:textId="77777777" w:rsidR="007E6525" w:rsidRPr="00B40A54" w:rsidRDefault="007E6525">
            <w:pPr>
              <w:spacing w:after="0" w:line="252" w:lineRule="auto"/>
              <w:rPr>
                <w:lang w:val="fr-BE"/>
              </w:rPr>
            </w:pPr>
          </w:p>
        </w:tc>
        <w:tc>
          <w:tcPr>
            <w:tcW w:w="1020" w:type="dxa"/>
            <w:tcBorders>
              <w:top w:val="single" w:sz="8" w:space="0" w:color="D9D9D9"/>
              <w:left w:val="single" w:sz="8" w:space="0" w:color="D9D9D9"/>
              <w:bottom w:val="single" w:sz="8" w:space="0" w:color="D9D9D9"/>
              <w:right w:val="single" w:sz="8" w:space="0" w:color="D9D9D9"/>
            </w:tcBorders>
            <w:tcMar>
              <w:top w:w="120" w:type="dxa"/>
              <w:left w:w="120" w:type="dxa"/>
              <w:bottom w:w="120" w:type="dxa"/>
              <w:right w:w="120" w:type="dxa"/>
            </w:tcMar>
            <w:vAlign w:val="center"/>
          </w:tcPr>
          <w:p w14:paraId="4D67B032" w14:textId="77777777" w:rsidR="007E6525" w:rsidRPr="00B40A54" w:rsidRDefault="002F0BD9">
            <w:pPr>
              <w:spacing w:after="0" w:line="252" w:lineRule="auto"/>
              <w:rPr>
                <w:lang w:val="fr-BE"/>
              </w:rPr>
            </w:pPr>
            <w:r w:rsidRPr="00B40A54">
              <w:rPr>
                <w:lang w:val="fr-BE"/>
              </w:rPr>
              <w:t>☐ Oui</w:t>
            </w:r>
          </w:p>
        </w:tc>
      </w:tr>
      <w:tr w:rsidR="007E6525" w:rsidRPr="00B40A54" w14:paraId="6E167689" w14:textId="77777777">
        <w:trPr>
          <w:jc w:val="center"/>
        </w:trPr>
        <w:tc>
          <w:tcPr>
            <w:tcW w:w="6236" w:type="dxa"/>
            <w:tcBorders>
              <w:top w:val="single" w:sz="8" w:space="0" w:color="D9D9D9"/>
              <w:left w:val="single" w:sz="8" w:space="0" w:color="D9D9D9"/>
              <w:bottom w:val="single" w:sz="8" w:space="0" w:color="D9D9D9"/>
              <w:right w:val="single" w:sz="8" w:space="0" w:color="D9D9D9"/>
            </w:tcBorders>
            <w:tcMar>
              <w:top w:w="120" w:type="dxa"/>
              <w:left w:w="120" w:type="dxa"/>
              <w:bottom w:w="120" w:type="dxa"/>
              <w:right w:w="120" w:type="dxa"/>
            </w:tcMar>
            <w:vAlign w:val="center"/>
          </w:tcPr>
          <w:p w14:paraId="1A475B20" w14:textId="77777777" w:rsidR="007E6525" w:rsidRPr="00B40A54" w:rsidRDefault="002F0BD9">
            <w:pPr>
              <w:spacing w:after="0" w:line="252" w:lineRule="auto"/>
              <w:rPr>
                <w:lang w:val="fr-BE"/>
              </w:rPr>
            </w:pPr>
            <w:r w:rsidRPr="00B40A54">
              <w:rPr>
                <w:lang w:val="fr-BE"/>
              </w:rPr>
              <w:t>Analyse des risques liés au planning, le cas échéant.</w:t>
            </w:r>
          </w:p>
        </w:tc>
        <w:tc>
          <w:tcPr>
            <w:tcW w:w="2381" w:type="dxa"/>
            <w:tcBorders>
              <w:top w:val="single" w:sz="8" w:space="0" w:color="D9D9D9"/>
              <w:left w:val="single" w:sz="8" w:space="0" w:color="D9D9D9"/>
              <w:bottom w:val="single" w:sz="8" w:space="0" w:color="D9D9D9"/>
              <w:right w:val="single" w:sz="8" w:space="0" w:color="D9D9D9"/>
            </w:tcBorders>
            <w:tcMar>
              <w:top w:w="120" w:type="dxa"/>
              <w:left w:w="120" w:type="dxa"/>
              <w:bottom w:w="120" w:type="dxa"/>
              <w:right w:w="120" w:type="dxa"/>
            </w:tcMar>
            <w:vAlign w:val="center"/>
          </w:tcPr>
          <w:p w14:paraId="3E7F8A81" w14:textId="77777777" w:rsidR="007E6525" w:rsidRPr="00B40A54" w:rsidRDefault="007E6525">
            <w:pPr>
              <w:spacing w:after="0" w:line="252" w:lineRule="auto"/>
              <w:rPr>
                <w:lang w:val="fr-BE"/>
              </w:rPr>
            </w:pPr>
          </w:p>
        </w:tc>
        <w:tc>
          <w:tcPr>
            <w:tcW w:w="1020" w:type="dxa"/>
            <w:tcBorders>
              <w:top w:val="single" w:sz="8" w:space="0" w:color="D9D9D9"/>
              <w:left w:val="single" w:sz="8" w:space="0" w:color="D9D9D9"/>
              <w:bottom w:val="single" w:sz="8" w:space="0" w:color="D9D9D9"/>
              <w:right w:val="single" w:sz="8" w:space="0" w:color="D9D9D9"/>
            </w:tcBorders>
            <w:tcMar>
              <w:top w:w="120" w:type="dxa"/>
              <w:left w:w="120" w:type="dxa"/>
              <w:bottom w:w="120" w:type="dxa"/>
              <w:right w:w="120" w:type="dxa"/>
            </w:tcMar>
            <w:vAlign w:val="center"/>
          </w:tcPr>
          <w:p w14:paraId="3DF15353" w14:textId="77777777" w:rsidR="007E6525" w:rsidRPr="00B40A54" w:rsidRDefault="002F0BD9">
            <w:pPr>
              <w:spacing w:after="0" w:line="252" w:lineRule="auto"/>
              <w:rPr>
                <w:lang w:val="fr-BE"/>
              </w:rPr>
            </w:pPr>
            <w:r w:rsidRPr="00B40A54">
              <w:rPr>
                <w:lang w:val="fr-BE"/>
              </w:rPr>
              <w:t>☐ Oui</w:t>
            </w:r>
          </w:p>
        </w:tc>
      </w:tr>
      <w:tr w:rsidR="007E6525" w:rsidRPr="00B40A54" w14:paraId="615DE151" w14:textId="77777777">
        <w:trPr>
          <w:jc w:val="center"/>
        </w:trPr>
        <w:tc>
          <w:tcPr>
            <w:tcW w:w="6236" w:type="dxa"/>
            <w:tcBorders>
              <w:top w:val="single" w:sz="8" w:space="0" w:color="D9D9D9"/>
              <w:left w:val="single" w:sz="8" w:space="0" w:color="D9D9D9"/>
              <w:bottom w:val="single" w:sz="8" w:space="0" w:color="D9D9D9"/>
              <w:right w:val="single" w:sz="8" w:space="0" w:color="D9D9D9"/>
            </w:tcBorders>
            <w:tcMar>
              <w:top w:w="120" w:type="dxa"/>
              <w:left w:w="120" w:type="dxa"/>
              <w:bottom w:w="120" w:type="dxa"/>
              <w:right w:w="120" w:type="dxa"/>
            </w:tcMar>
            <w:vAlign w:val="center"/>
          </w:tcPr>
          <w:p w14:paraId="6ECE485F" w14:textId="77777777" w:rsidR="007E6525" w:rsidRPr="00B40A54" w:rsidRDefault="002F0BD9">
            <w:pPr>
              <w:spacing w:after="0" w:line="252" w:lineRule="auto"/>
              <w:rPr>
                <w:lang w:val="fr-BE"/>
              </w:rPr>
            </w:pPr>
            <w:r w:rsidRPr="00B40A54">
              <w:rPr>
                <w:lang w:val="fr-BE"/>
              </w:rPr>
              <w:t>Tout document complémentaire utile à la compréhension du projet.</w:t>
            </w:r>
          </w:p>
        </w:tc>
        <w:tc>
          <w:tcPr>
            <w:tcW w:w="2381" w:type="dxa"/>
            <w:tcBorders>
              <w:top w:val="single" w:sz="8" w:space="0" w:color="D9D9D9"/>
              <w:left w:val="single" w:sz="8" w:space="0" w:color="D9D9D9"/>
              <w:bottom w:val="single" w:sz="8" w:space="0" w:color="D9D9D9"/>
              <w:right w:val="single" w:sz="8" w:space="0" w:color="D9D9D9"/>
            </w:tcBorders>
            <w:tcMar>
              <w:top w:w="120" w:type="dxa"/>
              <w:left w:w="120" w:type="dxa"/>
              <w:bottom w:w="120" w:type="dxa"/>
              <w:right w:w="120" w:type="dxa"/>
            </w:tcMar>
            <w:vAlign w:val="center"/>
          </w:tcPr>
          <w:p w14:paraId="7ABB6636" w14:textId="77777777" w:rsidR="007E6525" w:rsidRPr="00B40A54" w:rsidRDefault="007E6525">
            <w:pPr>
              <w:spacing w:after="0" w:line="252" w:lineRule="auto"/>
              <w:rPr>
                <w:lang w:val="fr-BE"/>
              </w:rPr>
            </w:pPr>
          </w:p>
        </w:tc>
        <w:tc>
          <w:tcPr>
            <w:tcW w:w="1020" w:type="dxa"/>
            <w:tcBorders>
              <w:top w:val="single" w:sz="8" w:space="0" w:color="D9D9D9"/>
              <w:left w:val="single" w:sz="8" w:space="0" w:color="D9D9D9"/>
              <w:bottom w:val="single" w:sz="8" w:space="0" w:color="D9D9D9"/>
              <w:right w:val="single" w:sz="8" w:space="0" w:color="D9D9D9"/>
            </w:tcBorders>
            <w:tcMar>
              <w:top w:w="120" w:type="dxa"/>
              <w:left w:w="120" w:type="dxa"/>
              <w:bottom w:w="120" w:type="dxa"/>
              <w:right w:w="120" w:type="dxa"/>
            </w:tcMar>
            <w:vAlign w:val="center"/>
          </w:tcPr>
          <w:p w14:paraId="024D0FA5" w14:textId="77777777" w:rsidR="007E6525" w:rsidRPr="00B40A54" w:rsidRDefault="002F0BD9">
            <w:pPr>
              <w:spacing w:after="0" w:line="252" w:lineRule="auto"/>
              <w:rPr>
                <w:lang w:val="fr-BE"/>
              </w:rPr>
            </w:pPr>
            <w:r w:rsidRPr="00B40A54">
              <w:rPr>
                <w:lang w:val="fr-BE"/>
              </w:rPr>
              <w:t>☐ Oui</w:t>
            </w:r>
          </w:p>
        </w:tc>
      </w:tr>
    </w:tbl>
    <w:p w14:paraId="6999B8FE" w14:textId="77777777" w:rsidR="002F0BD9" w:rsidRPr="00B40A54" w:rsidRDefault="002F0BD9">
      <w:pPr>
        <w:rPr>
          <w:lang w:val="fr-BE"/>
        </w:rPr>
      </w:pPr>
    </w:p>
    <w:sectPr w:rsidR="002F0BD9" w:rsidRPr="00B40A54" w:rsidSect="00B03AED">
      <w:headerReference w:type="default" r:id="rId12"/>
      <w:footerReference w:type="default" r:id="rId13"/>
      <w:pgSz w:w="12240" w:h="15840"/>
      <w:pgMar w:top="567" w:right="964" w:bottom="850" w:left="96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C9BAD3" w14:textId="77777777" w:rsidR="00BE5563" w:rsidRDefault="00BE5563">
      <w:pPr>
        <w:spacing w:after="0" w:line="240" w:lineRule="auto"/>
      </w:pPr>
      <w:r>
        <w:separator/>
      </w:r>
    </w:p>
  </w:endnote>
  <w:endnote w:type="continuationSeparator" w:id="0">
    <w:p w14:paraId="4EDDC02E" w14:textId="77777777" w:rsidR="00BE5563" w:rsidRDefault="00BE5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eastAsiaTheme="majorEastAsia" w:hAnsiTheme="majorHAnsi" w:cstheme="majorBidi"/>
        <w:sz w:val="18"/>
        <w:szCs w:val="18"/>
        <w:lang w:val="fr-FR"/>
      </w:rPr>
      <w:id w:val="1487667763"/>
      <w:docPartObj>
        <w:docPartGallery w:val="Page Numbers (Bottom of Page)"/>
        <w:docPartUnique/>
      </w:docPartObj>
    </w:sdtPr>
    <w:sdtEndPr>
      <w:rPr>
        <w:lang w:val="en-US"/>
      </w:rPr>
    </w:sdtEndPr>
    <w:sdtContent>
      <w:p w14:paraId="2DD982DD" w14:textId="1015B890" w:rsidR="00B03AED" w:rsidRPr="00B03AED" w:rsidRDefault="00B03AED">
        <w:pPr>
          <w:pStyle w:val="Pieddepage"/>
          <w:jc w:val="right"/>
          <w:rPr>
            <w:rFonts w:asciiTheme="majorHAnsi" w:eastAsiaTheme="majorEastAsia" w:hAnsiTheme="majorHAnsi" w:cstheme="majorBidi"/>
            <w:sz w:val="18"/>
            <w:szCs w:val="18"/>
          </w:rPr>
        </w:pPr>
        <w:r w:rsidRPr="00B03AED">
          <w:rPr>
            <w:rFonts w:asciiTheme="majorHAnsi" w:eastAsiaTheme="majorEastAsia" w:hAnsiTheme="majorHAnsi" w:cstheme="majorBidi"/>
            <w:sz w:val="18"/>
            <w:szCs w:val="18"/>
            <w:lang w:val="fr-FR"/>
          </w:rPr>
          <w:t xml:space="preserve">p. </w:t>
        </w:r>
        <w:r w:rsidRPr="00B03AED">
          <w:rPr>
            <w:rFonts w:asciiTheme="minorHAnsi" w:eastAsiaTheme="minorEastAsia" w:hAnsiTheme="minorHAnsi" w:cs="Times New Roman"/>
            <w:sz w:val="18"/>
            <w:szCs w:val="18"/>
          </w:rPr>
          <w:fldChar w:fldCharType="begin"/>
        </w:r>
        <w:r w:rsidRPr="00B03AED">
          <w:rPr>
            <w:sz w:val="18"/>
            <w:szCs w:val="18"/>
          </w:rPr>
          <w:instrText>PAGE    \* MERGEFORMAT</w:instrText>
        </w:r>
        <w:r w:rsidRPr="00B03AED">
          <w:rPr>
            <w:rFonts w:asciiTheme="minorHAnsi" w:eastAsiaTheme="minorEastAsia" w:hAnsiTheme="minorHAnsi" w:cs="Times New Roman"/>
            <w:sz w:val="18"/>
            <w:szCs w:val="18"/>
          </w:rPr>
          <w:fldChar w:fldCharType="separate"/>
        </w:r>
        <w:r w:rsidRPr="00B03AED">
          <w:rPr>
            <w:rFonts w:asciiTheme="majorHAnsi" w:eastAsiaTheme="majorEastAsia" w:hAnsiTheme="majorHAnsi" w:cstheme="majorBidi"/>
            <w:sz w:val="18"/>
            <w:szCs w:val="18"/>
            <w:lang w:val="fr-FR"/>
          </w:rPr>
          <w:t>2</w:t>
        </w:r>
        <w:r w:rsidRPr="00B03AED">
          <w:rPr>
            <w:rFonts w:asciiTheme="majorHAnsi" w:eastAsiaTheme="majorEastAsia" w:hAnsiTheme="majorHAnsi" w:cstheme="majorBidi"/>
            <w:sz w:val="18"/>
            <w:szCs w:val="18"/>
          </w:rPr>
          <w:fldChar w:fldCharType="end"/>
        </w:r>
      </w:p>
    </w:sdtContent>
  </w:sdt>
  <w:p w14:paraId="2EA6CDAD" w14:textId="7D973BAE" w:rsidR="007E6525" w:rsidRPr="008B0938" w:rsidRDefault="007E6525">
    <w:pPr>
      <w:pStyle w:val="Pieddepage"/>
      <w:jc w:val="center"/>
      <w:rPr>
        <w:lang w:val="fr-B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437B4D" w14:textId="77777777" w:rsidR="00BE5563" w:rsidRDefault="00BE5563">
      <w:pPr>
        <w:spacing w:after="0" w:line="240" w:lineRule="auto"/>
      </w:pPr>
      <w:r>
        <w:separator/>
      </w:r>
    </w:p>
  </w:footnote>
  <w:footnote w:type="continuationSeparator" w:id="0">
    <w:p w14:paraId="58EC851B" w14:textId="77777777" w:rsidR="00BE5563" w:rsidRDefault="00BE55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43949B" w14:textId="77777777" w:rsidR="007E6525" w:rsidRDefault="007E6525">
    <w:pPr>
      <w:pStyle w:val="En-tte"/>
    </w:pPr>
  </w:p>
  <w:tbl>
    <w:tblPr>
      <w:tblW w:w="0" w:type="auto"/>
      <w:jc w:val="center"/>
      <w:tblLook w:val="04A0" w:firstRow="1" w:lastRow="0" w:firstColumn="1" w:lastColumn="0" w:noHBand="0" w:noVBand="1"/>
    </w:tblPr>
    <w:tblGrid>
      <w:gridCol w:w="4961"/>
      <w:gridCol w:w="4961"/>
    </w:tblGrid>
    <w:tr w:rsidR="007E6525" w:rsidRPr="004709A0" w14:paraId="0EFD8778" w14:textId="77777777">
      <w:trPr>
        <w:jc w:val="center"/>
      </w:trPr>
      <w:tc>
        <w:tcPr>
          <w:tcW w:w="4961" w:type="dxa"/>
          <w:tcBorders>
            <w:top w:val="single" w:sz="0" w:space="0" w:color="FFFFFF"/>
            <w:left w:val="single" w:sz="0" w:space="0" w:color="FFFFFF"/>
            <w:bottom w:val="single" w:sz="0" w:space="0" w:color="FFFFFF"/>
            <w:right w:val="single" w:sz="0" w:space="0" w:color="FFFFFF"/>
          </w:tcBorders>
        </w:tcPr>
        <w:p w14:paraId="2DA8C471" w14:textId="03D05E7B" w:rsidR="007E6525" w:rsidRDefault="004709A0">
          <w:r>
            <w:rPr>
              <w:noProof/>
            </w:rPr>
            <w:drawing>
              <wp:inline distT="0" distB="0" distL="0" distR="0" wp14:anchorId="6BC55904" wp14:editId="5D4809E4">
                <wp:extent cx="2133600" cy="524256"/>
                <wp:effectExtent l="0" t="0" r="0" b="9525"/>
                <wp:docPr id="189267410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2674105" name="Image 1892674105"/>
                        <pic:cNvPicPr/>
                      </pic:nvPicPr>
                      <pic:blipFill>
                        <a:blip r:embed="rId1"/>
                        <a:stretch>
                          <a:fillRect/>
                        </a:stretch>
                      </pic:blipFill>
                      <pic:spPr>
                        <a:xfrm>
                          <a:off x="0" y="0"/>
                          <a:ext cx="2133600" cy="524256"/>
                        </a:xfrm>
                        <a:prstGeom prst="rect">
                          <a:avLst/>
                        </a:prstGeom>
                      </pic:spPr>
                    </pic:pic>
                  </a:graphicData>
                </a:graphic>
              </wp:inline>
            </w:drawing>
          </w:r>
        </w:p>
      </w:tc>
      <w:tc>
        <w:tcPr>
          <w:tcW w:w="4961" w:type="dxa"/>
          <w:tcBorders>
            <w:top w:val="single" w:sz="0" w:space="0" w:color="FFFFFF"/>
            <w:left w:val="single" w:sz="0" w:space="0" w:color="FFFFFF"/>
            <w:bottom w:val="single" w:sz="0" w:space="0" w:color="FFFFFF"/>
            <w:right w:val="single" w:sz="0" w:space="0" w:color="FFFFFF"/>
          </w:tcBorders>
        </w:tcPr>
        <w:p w14:paraId="3E84FD7D" w14:textId="77777777" w:rsidR="007E6525" w:rsidRPr="008B0938" w:rsidRDefault="002F0BD9">
          <w:pPr>
            <w:jc w:val="right"/>
            <w:rPr>
              <w:lang w:val="fr-BE"/>
            </w:rPr>
          </w:pPr>
          <w:r w:rsidRPr="000E4B76">
            <w:rPr>
              <w:b/>
              <w:color w:val="C92274"/>
              <w:lang w:val="fr-BE"/>
            </w:rPr>
            <w:t>Appel à projets cimetières</w:t>
          </w:r>
          <w:r w:rsidRPr="000E4B76">
            <w:rPr>
              <w:b/>
              <w:color w:val="C92274"/>
              <w:lang w:val="fr-BE"/>
            </w:rPr>
            <w:br/>
            <w:t>Formulaire de candidature</w:t>
          </w:r>
        </w:p>
      </w:tc>
    </w:tr>
  </w:tbl>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puce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puce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puces"/>
      <w:lvlText w:val=""/>
      <w:lvlJc w:val="left"/>
      <w:pPr>
        <w:tabs>
          <w:tab w:val="num" w:pos="360"/>
        </w:tabs>
        <w:ind w:left="360" w:hanging="360"/>
      </w:pPr>
      <w:rPr>
        <w:rFonts w:ascii="Symbol" w:hAnsi="Symbol" w:hint="default"/>
      </w:rPr>
    </w:lvl>
  </w:abstractNum>
  <w:num w:numId="1" w16cid:durableId="538664763">
    <w:abstractNumId w:val="8"/>
  </w:num>
  <w:num w:numId="2" w16cid:durableId="372972437">
    <w:abstractNumId w:val="6"/>
  </w:num>
  <w:num w:numId="3" w16cid:durableId="360282689">
    <w:abstractNumId w:val="5"/>
  </w:num>
  <w:num w:numId="4" w16cid:durableId="775562226">
    <w:abstractNumId w:val="4"/>
  </w:num>
  <w:num w:numId="5" w16cid:durableId="1072119752">
    <w:abstractNumId w:val="7"/>
  </w:num>
  <w:num w:numId="6" w16cid:durableId="331228212">
    <w:abstractNumId w:val="3"/>
  </w:num>
  <w:num w:numId="7" w16cid:durableId="572785819">
    <w:abstractNumId w:val="2"/>
  </w:num>
  <w:num w:numId="8" w16cid:durableId="135338573">
    <w:abstractNumId w:val="1"/>
  </w:num>
  <w:num w:numId="9" w16cid:durableId="2239492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E4B76"/>
    <w:rsid w:val="0015074B"/>
    <w:rsid w:val="0029639D"/>
    <w:rsid w:val="002F0BD9"/>
    <w:rsid w:val="00326F90"/>
    <w:rsid w:val="0036060A"/>
    <w:rsid w:val="004709A0"/>
    <w:rsid w:val="00621CF8"/>
    <w:rsid w:val="007E6525"/>
    <w:rsid w:val="008B0938"/>
    <w:rsid w:val="00996713"/>
    <w:rsid w:val="00AA1D8D"/>
    <w:rsid w:val="00AB78AB"/>
    <w:rsid w:val="00AD7475"/>
    <w:rsid w:val="00B03AED"/>
    <w:rsid w:val="00B40A54"/>
    <w:rsid w:val="00B47730"/>
    <w:rsid w:val="00BE5563"/>
    <w:rsid w:val="00CB0664"/>
    <w:rsid w:val="00DD118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525FDB4"/>
  <w14:defaultImageDpi w14:val="300"/>
  <w15:docId w15:val="{49E565DB-C492-43F6-A6AC-4B645EABB3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eastAsia="Arial" w:hAnsi="Arial"/>
      <w:sz w:val="19"/>
    </w:rPr>
  </w:style>
  <w:style w:type="paragraph" w:styleId="Titre1">
    <w:name w:val="heading 1"/>
    <w:basedOn w:val="Normal"/>
    <w:next w:val="Normal"/>
    <w:link w:val="Titre1Car"/>
    <w:uiPriority w:val="9"/>
    <w:qFormat/>
    <w:rsid w:val="00FC693F"/>
    <w:pPr>
      <w:keepNext/>
      <w:keepLines/>
      <w:spacing w:before="160" w:after="80"/>
      <w:outlineLvl w:val="0"/>
    </w:pPr>
    <w:rPr>
      <w:rFonts w:asciiTheme="majorHAnsi" w:eastAsiaTheme="majorEastAsia" w:hAnsiTheme="majorHAnsi" w:cstheme="majorBidi"/>
      <w:b/>
      <w:bCs/>
      <w:color w:val="365F91" w:themeColor="accent1" w:themeShade="BF"/>
      <w:sz w:val="32"/>
      <w:szCs w:val="28"/>
    </w:rPr>
  </w:style>
  <w:style w:type="paragraph" w:styleId="Titre2">
    <w:name w:val="heading 2"/>
    <w:basedOn w:val="Normal"/>
    <w:next w:val="Normal"/>
    <w:link w:val="Titre2Car"/>
    <w:uiPriority w:val="9"/>
    <w:unhideWhenUsed/>
    <w:qFormat/>
    <w:rsid w:val="00FC693F"/>
    <w:pPr>
      <w:keepNext/>
      <w:keepLines/>
      <w:spacing w:before="160" w:after="8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rsid w:val="00FC693F"/>
    <w:pPr>
      <w:keepNext/>
      <w:keepLines/>
      <w:spacing w:before="160" w:after="80"/>
      <w:outlineLvl w:val="2"/>
    </w:pPr>
    <w:rPr>
      <w:rFonts w:asciiTheme="majorHAnsi" w:eastAsiaTheme="majorEastAsia" w:hAnsiTheme="majorHAnsi" w:cstheme="majorBidi"/>
      <w:b/>
      <w:bCs/>
      <w:color w:val="4F81BD" w:themeColor="accent1"/>
      <w:sz w:val="22"/>
    </w:rPr>
  </w:style>
  <w:style w:type="paragraph" w:styleId="Titre4">
    <w:name w:val="heading 4"/>
    <w:basedOn w:val="Normal"/>
    <w:next w:val="Normal"/>
    <w:link w:val="Titre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itre9">
    <w:name w:val="heading 9"/>
    <w:basedOn w:val="Normal"/>
    <w:next w:val="Normal"/>
    <w:link w:val="Titre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618BF"/>
    <w:pPr>
      <w:tabs>
        <w:tab w:val="center" w:pos="4680"/>
        <w:tab w:val="right" w:pos="9360"/>
      </w:tabs>
      <w:spacing w:after="0" w:line="240" w:lineRule="auto"/>
    </w:pPr>
  </w:style>
  <w:style w:type="character" w:customStyle="1" w:styleId="En-tteCar">
    <w:name w:val="En-tête Car"/>
    <w:basedOn w:val="Policepardfaut"/>
    <w:link w:val="En-tte"/>
    <w:uiPriority w:val="99"/>
    <w:rsid w:val="00E618BF"/>
  </w:style>
  <w:style w:type="paragraph" w:styleId="Pieddepage">
    <w:name w:val="footer"/>
    <w:basedOn w:val="Normal"/>
    <w:link w:val="PieddepageCar"/>
    <w:uiPriority w:val="99"/>
    <w:unhideWhenUsed/>
    <w:rsid w:val="00E618BF"/>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E618BF"/>
  </w:style>
  <w:style w:type="paragraph" w:styleId="Sansinterligne">
    <w:name w:val="No Spacing"/>
    <w:uiPriority w:val="1"/>
    <w:qFormat/>
    <w:rsid w:val="00FC693F"/>
    <w:pPr>
      <w:spacing w:after="0" w:line="240" w:lineRule="auto"/>
    </w:pPr>
  </w:style>
  <w:style w:type="character" w:customStyle="1" w:styleId="Titre1Car">
    <w:name w:val="Titre 1 Car"/>
    <w:basedOn w:val="Policepardfaut"/>
    <w:link w:val="Titre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rsid w:val="00FC693F"/>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rsid w:val="00FC693F"/>
    <w:rPr>
      <w:rFonts w:asciiTheme="majorHAnsi" w:eastAsiaTheme="majorEastAsia" w:hAnsiTheme="majorHAnsi" w:cstheme="majorBidi"/>
      <w:b/>
      <w:bCs/>
      <w:color w:val="4F81BD" w:themeColor="accent1"/>
    </w:rPr>
  </w:style>
  <w:style w:type="paragraph" w:styleId="Titre">
    <w:name w:val="Title"/>
    <w:basedOn w:val="Normal"/>
    <w:next w:val="Normal"/>
    <w:link w:val="Titre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ous-titre">
    <w:name w:val="Subtitle"/>
    <w:basedOn w:val="Normal"/>
    <w:next w:val="Normal"/>
    <w:link w:val="Sous-titre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us-titreCar">
    <w:name w:val="Sous-titre Car"/>
    <w:basedOn w:val="Policepardfaut"/>
    <w:link w:val="Sous-titre"/>
    <w:uiPriority w:val="11"/>
    <w:rsid w:val="00FC693F"/>
    <w:rPr>
      <w:rFonts w:asciiTheme="majorHAnsi" w:eastAsiaTheme="majorEastAsia" w:hAnsiTheme="majorHAnsi" w:cstheme="majorBidi"/>
      <w:i/>
      <w:iCs/>
      <w:color w:val="4F81BD" w:themeColor="accent1"/>
      <w:spacing w:val="15"/>
      <w:sz w:val="24"/>
      <w:szCs w:val="24"/>
    </w:rPr>
  </w:style>
  <w:style w:type="paragraph" w:styleId="Paragraphedeliste">
    <w:name w:val="List Paragraph"/>
    <w:basedOn w:val="Normal"/>
    <w:uiPriority w:val="34"/>
    <w:qFormat/>
    <w:rsid w:val="00FC693F"/>
    <w:pPr>
      <w:ind w:left="720"/>
      <w:contextualSpacing/>
    </w:pPr>
  </w:style>
  <w:style w:type="paragraph" w:styleId="Corpsdetexte">
    <w:name w:val="Body Text"/>
    <w:basedOn w:val="Normal"/>
    <w:link w:val="CorpsdetexteCar"/>
    <w:uiPriority w:val="99"/>
    <w:unhideWhenUsed/>
    <w:rsid w:val="00AA1D8D"/>
    <w:pPr>
      <w:spacing w:after="120"/>
    </w:pPr>
  </w:style>
  <w:style w:type="character" w:customStyle="1" w:styleId="CorpsdetexteCar">
    <w:name w:val="Corps de texte Car"/>
    <w:basedOn w:val="Policepardfaut"/>
    <w:link w:val="Corpsdetexte"/>
    <w:uiPriority w:val="99"/>
    <w:rsid w:val="00AA1D8D"/>
  </w:style>
  <w:style w:type="paragraph" w:styleId="Corpsdetexte2">
    <w:name w:val="Body Text 2"/>
    <w:basedOn w:val="Normal"/>
    <w:link w:val="Corpsdetexte2Car"/>
    <w:uiPriority w:val="99"/>
    <w:unhideWhenUsed/>
    <w:rsid w:val="00AA1D8D"/>
    <w:pPr>
      <w:spacing w:after="120" w:line="480" w:lineRule="auto"/>
    </w:pPr>
  </w:style>
  <w:style w:type="character" w:customStyle="1" w:styleId="Corpsdetexte2Car">
    <w:name w:val="Corps de texte 2 Car"/>
    <w:basedOn w:val="Policepardfaut"/>
    <w:link w:val="Corpsdetexte2"/>
    <w:uiPriority w:val="99"/>
    <w:rsid w:val="00AA1D8D"/>
  </w:style>
  <w:style w:type="paragraph" w:styleId="Corpsdetexte3">
    <w:name w:val="Body Text 3"/>
    <w:basedOn w:val="Normal"/>
    <w:link w:val="Corpsdetexte3Car"/>
    <w:uiPriority w:val="99"/>
    <w:unhideWhenUsed/>
    <w:rsid w:val="00AA1D8D"/>
    <w:pPr>
      <w:spacing w:after="120"/>
    </w:pPr>
    <w:rPr>
      <w:sz w:val="16"/>
      <w:szCs w:val="16"/>
    </w:rPr>
  </w:style>
  <w:style w:type="character" w:customStyle="1" w:styleId="Corpsdetexte3Car">
    <w:name w:val="Corps de texte 3 Car"/>
    <w:basedOn w:val="Policepardfaut"/>
    <w:link w:val="Corpsdetexte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puces">
    <w:name w:val="List Bullet"/>
    <w:basedOn w:val="Normal"/>
    <w:uiPriority w:val="99"/>
    <w:unhideWhenUsed/>
    <w:rsid w:val="00326F90"/>
    <w:pPr>
      <w:numPr>
        <w:numId w:val="1"/>
      </w:numPr>
      <w:contextualSpacing/>
    </w:pPr>
  </w:style>
  <w:style w:type="paragraph" w:styleId="Listepuces2">
    <w:name w:val="List Bullet 2"/>
    <w:basedOn w:val="Normal"/>
    <w:uiPriority w:val="99"/>
    <w:unhideWhenUsed/>
    <w:rsid w:val="00326F90"/>
    <w:pPr>
      <w:numPr>
        <w:numId w:val="2"/>
      </w:numPr>
      <w:contextualSpacing/>
    </w:pPr>
  </w:style>
  <w:style w:type="paragraph" w:styleId="Listepuces3">
    <w:name w:val="List Bullet 3"/>
    <w:basedOn w:val="Normal"/>
    <w:uiPriority w:val="99"/>
    <w:unhideWhenUsed/>
    <w:rsid w:val="00326F90"/>
    <w:pPr>
      <w:numPr>
        <w:numId w:val="3"/>
      </w:numPr>
      <w:contextualSpacing/>
    </w:pPr>
  </w:style>
  <w:style w:type="paragraph" w:styleId="Listenumros">
    <w:name w:val="List Number"/>
    <w:basedOn w:val="Normal"/>
    <w:uiPriority w:val="99"/>
    <w:unhideWhenUsed/>
    <w:rsid w:val="00326F90"/>
    <w:pPr>
      <w:numPr>
        <w:numId w:val="5"/>
      </w:numPr>
      <w:contextualSpacing/>
    </w:pPr>
  </w:style>
  <w:style w:type="paragraph" w:styleId="Listenumros2">
    <w:name w:val="List Number 2"/>
    <w:basedOn w:val="Normal"/>
    <w:uiPriority w:val="99"/>
    <w:unhideWhenUsed/>
    <w:rsid w:val="0029639D"/>
    <w:pPr>
      <w:numPr>
        <w:numId w:val="6"/>
      </w:numPr>
      <w:contextualSpacing/>
    </w:pPr>
  </w:style>
  <w:style w:type="paragraph" w:styleId="Listenumros3">
    <w:name w:val="List Number 3"/>
    <w:basedOn w:val="Normal"/>
    <w:uiPriority w:val="99"/>
    <w:unhideWhenUsed/>
    <w:rsid w:val="0029639D"/>
    <w:pPr>
      <w:numPr>
        <w:numId w:val="7"/>
      </w:numPr>
      <w:contextualSpacing/>
    </w:pPr>
  </w:style>
  <w:style w:type="paragraph" w:styleId="Listecontinue">
    <w:name w:val="List Continue"/>
    <w:basedOn w:val="Normal"/>
    <w:uiPriority w:val="99"/>
    <w:unhideWhenUsed/>
    <w:rsid w:val="0029639D"/>
    <w:pPr>
      <w:spacing w:after="120"/>
      <w:ind w:left="360"/>
      <w:contextualSpacing/>
    </w:pPr>
  </w:style>
  <w:style w:type="paragraph" w:styleId="Listecontinue2">
    <w:name w:val="List Continue 2"/>
    <w:basedOn w:val="Normal"/>
    <w:uiPriority w:val="99"/>
    <w:unhideWhenUsed/>
    <w:rsid w:val="0029639D"/>
    <w:pPr>
      <w:spacing w:after="120"/>
      <w:ind w:left="720"/>
      <w:contextualSpacing/>
    </w:pPr>
  </w:style>
  <w:style w:type="paragraph" w:styleId="Listecontinue3">
    <w:name w:val="List Continue 3"/>
    <w:basedOn w:val="Normal"/>
    <w:uiPriority w:val="99"/>
    <w:unhideWhenUsed/>
    <w:rsid w:val="0029639D"/>
    <w:pPr>
      <w:spacing w:after="120"/>
      <w:ind w:left="1080"/>
      <w:contextualSpacing/>
    </w:pPr>
  </w:style>
  <w:style w:type="paragraph" w:styleId="Textedemacro">
    <w:name w:val="macro"/>
    <w:link w:val="Textede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edemacroCar">
    <w:name w:val="Texte de macro Car"/>
    <w:basedOn w:val="Policepardfaut"/>
    <w:link w:val="Textedemacro"/>
    <w:uiPriority w:val="99"/>
    <w:rsid w:val="0029639D"/>
    <w:rPr>
      <w:rFonts w:ascii="Courier" w:hAnsi="Courier"/>
      <w:sz w:val="20"/>
      <w:szCs w:val="20"/>
    </w:rPr>
  </w:style>
  <w:style w:type="paragraph" w:styleId="Citation">
    <w:name w:val="Quote"/>
    <w:basedOn w:val="Normal"/>
    <w:next w:val="Normal"/>
    <w:link w:val="CitationCar"/>
    <w:uiPriority w:val="29"/>
    <w:qFormat/>
    <w:rsid w:val="00FC693F"/>
    <w:rPr>
      <w:i/>
      <w:iCs/>
      <w:color w:val="000000" w:themeColor="text1"/>
    </w:rPr>
  </w:style>
  <w:style w:type="character" w:customStyle="1" w:styleId="CitationCar">
    <w:name w:val="Citation Car"/>
    <w:basedOn w:val="Policepardfaut"/>
    <w:link w:val="Citation"/>
    <w:uiPriority w:val="29"/>
    <w:rsid w:val="00FC693F"/>
    <w:rPr>
      <w:i/>
      <w:iCs/>
      <w:color w:val="000000" w:themeColor="text1"/>
    </w:rPr>
  </w:style>
  <w:style w:type="character" w:customStyle="1" w:styleId="Titre4Car">
    <w:name w:val="Titre 4 Car"/>
    <w:basedOn w:val="Policepardfaut"/>
    <w:link w:val="Titre4"/>
    <w:uiPriority w:val="9"/>
    <w:semiHidden/>
    <w:rsid w:val="00FC693F"/>
    <w:rPr>
      <w:rFonts w:asciiTheme="majorHAnsi" w:eastAsiaTheme="majorEastAsia" w:hAnsiTheme="majorHAnsi" w:cstheme="majorBidi"/>
      <w:b/>
      <w:bCs/>
      <w:i/>
      <w:iCs/>
      <w:color w:val="4F81BD" w:themeColor="accent1"/>
    </w:rPr>
  </w:style>
  <w:style w:type="character" w:customStyle="1" w:styleId="Titre5Car">
    <w:name w:val="Titre 5 Car"/>
    <w:basedOn w:val="Policepardfaut"/>
    <w:link w:val="Titre5"/>
    <w:uiPriority w:val="9"/>
    <w:semiHidden/>
    <w:rsid w:val="00FC693F"/>
    <w:rPr>
      <w:rFonts w:asciiTheme="majorHAnsi" w:eastAsiaTheme="majorEastAsia" w:hAnsiTheme="majorHAnsi" w:cstheme="majorBidi"/>
      <w:color w:val="243F60" w:themeColor="accent1" w:themeShade="7F"/>
    </w:rPr>
  </w:style>
  <w:style w:type="character" w:customStyle="1" w:styleId="Titre6Car">
    <w:name w:val="Titre 6 Car"/>
    <w:basedOn w:val="Policepardfaut"/>
    <w:link w:val="Titre6"/>
    <w:uiPriority w:val="9"/>
    <w:semiHidden/>
    <w:rsid w:val="00FC693F"/>
    <w:rPr>
      <w:rFonts w:asciiTheme="majorHAnsi" w:eastAsiaTheme="majorEastAsia" w:hAnsiTheme="majorHAnsi" w:cstheme="majorBidi"/>
      <w:i/>
      <w:iCs/>
      <w:color w:val="243F60" w:themeColor="accent1" w:themeShade="7F"/>
    </w:rPr>
  </w:style>
  <w:style w:type="character" w:customStyle="1" w:styleId="Titre7Car">
    <w:name w:val="Titre 7 Car"/>
    <w:basedOn w:val="Policepardfaut"/>
    <w:link w:val="Titre7"/>
    <w:uiPriority w:val="9"/>
    <w:semiHidden/>
    <w:rsid w:val="00FC693F"/>
    <w:rPr>
      <w:rFonts w:asciiTheme="majorHAnsi" w:eastAsiaTheme="majorEastAsia" w:hAnsiTheme="majorHAnsi" w:cstheme="majorBidi"/>
      <w:i/>
      <w:iCs/>
      <w:color w:val="404040" w:themeColor="text1" w:themeTint="BF"/>
    </w:rPr>
  </w:style>
  <w:style w:type="character" w:customStyle="1" w:styleId="Titre8Car">
    <w:name w:val="Titre 8 Car"/>
    <w:basedOn w:val="Policepardfaut"/>
    <w:link w:val="Titre8"/>
    <w:uiPriority w:val="9"/>
    <w:semiHidden/>
    <w:rsid w:val="00FC693F"/>
    <w:rPr>
      <w:rFonts w:asciiTheme="majorHAnsi" w:eastAsiaTheme="majorEastAsia" w:hAnsiTheme="majorHAnsi" w:cstheme="majorBidi"/>
      <w:color w:val="4F81BD" w:themeColor="accent1"/>
      <w:sz w:val="20"/>
      <w:szCs w:val="20"/>
    </w:rPr>
  </w:style>
  <w:style w:type="character" w:customStyle="1" w:styleId="Titre9Car">
    <w:name w:val="Titre 9 Car"/>
    <w:basedOn w:val="Policepardfaut"/>
    <w:link w:val="Titre9"/>
    <w:uiPriority w:val="9"/>
    <w:semiHidden/>
    <w:rsid w:val="00FC693F"/>
    <w:rPr>
      <w:rFonts w:asciiTheme="majorHAnsi" w:eastAsiaTheme="majorEastAsia" w:hAnsiTheme="majorHAnsi" w:cstheme="majorBidi"/>
      <w:i/>
      <w:iCs/>
      <w:color w:val="404040" w:themeColor="text1" w:themeTint="BF"/>
      <w:sz w:val="20"/>
      <w:szCs w:val="20"/>
    </w:rPr>
  </w:style>
  <w:style w:type="paragraph" w:styleId="Lgende">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lev">
    <w:name w:val="Strong"/>
    <w:basedOn w:val="Policepardfaut"/>
    <w:uiPriority w:val="22"/>
    <w:qFormat/>
    <w:rsid w:val="00FC693F"/>
    <w:rPr>
      <w:b/>
      <w:bCs/>
    </w:rPr>
  </w:style>
  <w:style w:type="character" w:styleId="Accentuation">
    <w:name w:val="Emphasis"/>
    <w:basedOn w:val="Policepardfaut"/>
    <w:uiPriority w:val="20"/>
    <w:qFormat/>
    <w:rsid w:val="00FC693F"/>
    <w:rPr>
      <w:i/>
      <w:iCs/>
    </w:rPr>
  </w:style>
  <w:style w:type="paragraph" w:styleId="Citationintense">
    <w:name w:val="Intense Quote"/>
    <w:basedOn w:val="Normal"/>
    <w:next w:val="Normal"/>
    <w:link w:val="Citationintense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tionintenseCar">
    <w:name w:val="Citation intense Car"/>
    <w:basedOn w:val="Policepardfaut"/>
    <w:link w:val="Citationintense"/>
    <w:uiPriority w:val="30"/>
    <w:rsid w:val="00FC693F"/>
    <w:rPr>
      <w:b/>
      <w:bCs/>
      <w:i/>
      <w:iCs/>
      <w:color w:val="4F81BD" w:themeColor="accent1"/>
    </w:rPr>
  </w:style>
  <w:style w:type="character" w:styleId="Accentuationlgre">
    <w:name w:val="Subtle Emphasis"/>
    <w:basedOn w:val="Policepardfaut"/>
    <w:uiPriority w:val="19"/>
    <w:qFormat/>
    <w:rsid w:val="00FC693F"/>
    <w:rPr>
      <w:i/>
      <w:iCs/>
      <w:color w:val="808080" w:themeColor="text1" w:themeTint="7F"/>
    </w:rPr>
  </w:style>
  <w:style w:type="character" w:styleId="Accentuationintense">
    <w:name w:val="Intense Emphasis"/>
    <w:basedOn w:val="Policepardfaut"/>
    <w:uiPriority w:val="21"/>
    <w:qFormat/>
    <w:rsid w:val="00FC693F"/>
    <w:rPr>
      <w:b/>
      <w:bCs/>
      <w:i/>
      <w:iCs/>
      <w:color w:val="4F81BD" w:themeColor="accent1"/>
    </w:rPr>
  </w:style>
  <w:style w:type="character" w:styleId="Rfrencelgre">
    <w:name w:val="Subtle Reference"/>
    <w:basedOn w:val="Policepardfaut"/>
    <w:uiPriority w:val="31"/>
    <w:qFormat/>
    <w:rsid w:val="00FC693F"/>
    <w:rPr>
      <w:smallCaps/>
      <w:color w:val="C0504D" w:themeColor="accent2"/>
      <w:u w:val="single"/>
    </w:rPr>
  </w:style>
  <w:style w:type="character" w:styleId="Rfrenceintense">
    <w:name w:val="Intense Reference"/>
    <w:basedOn w:val="Policepardfaut"/>
    <w:uiPriority w:val="32"/>
    <w:qFormat/>
    <w:rsid w:val="00FC693F"/>
    <w:rPr>
      <w:b/>
      <w:bCs/>
      <w:smallCaps/>
      <w:color w:val="C0504D" w:themeColor="accent2"/>
      <w:spacing w:val="5"/>
      <w:u w:val="single"/>
    </w:rPr>
  </w:style>
  <w:style w:type="character" w:styleId="Titredulivre">
    <w:name w:val="Book Title"/>
    <w:basedOn w:val="Policepardfaut"/>
    <w:uiPriority w:val="33"/>
    <w:qFormat/>
    <w:rsid w:val="00FC693F"/>
    <w:rPr>
      <w:b/>
      <w:bCs/>
      <w:smallCaps/>
      <w:spacing w:val="5"/>
    </w:rPr>
  </w:style>
  <w:style w:type="paragraph" w:styleId="En-ttedetabledesmatires">
    <w:name w:val="TOC Heading"/>
    <w:basedOn w:val="Titre1"/>
    <w:next w:val="Normal"/>
    <w:uiPriority w:val="39"/>
    <w:semiHidden/>
    <w:unhideWhenUsed/>
    <w:qFormat/>
    <w:rsid w:val="00FC693F"/>
    <w:pPr>
      <w:outlineLvl w:val="9"/>
    </w:pPr>
  </w:style>
  <w:style w:type="table" w:styleId="Grilledutableau">
    <w:name w:val="Table Grid"/>
    <w:basedOn w:val="Tableau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mbrageclair">
    <w:name w:val="Light Shading"/>
    <w:basedOn w:val="Tableau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rameclaire-Accent1">
    <w:name w:val="Light Shading Accent 1"/>
    <w:basedOn w:val="Tableau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Trameclaire-Accent2">
    <w:name w:val="Light Shading Accent 2"/>
    <w:basedOn w:val="Tableau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Trameclaire-Accent3">
    <w:name w:val="Light Shading Accent 3"/>
    <w:basedOn w:val="Tableau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Trameclaire-Accent4">
    <w:name w:val="Light Shading Accent 4"/>
    <w:basedOn w:val="Tableau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Trameclaire-Accent5">
    <w:name w:val="Light Shading Accent 5"/>
    <w:basedOn w:val="Tableau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Trameclaire-Accent6">
    <w:name w:val="Light Shading Accent 6"/>
    <w:basedOn w:val="Tableau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eclaire">
    <w:name w:val="Light List"/>
    <w:basedOn w:val="Tableau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eclaire-Accent1">
    <w:name w:val="Light List Accent 1"/>
    <w:basedOn w:val="Tableau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eclaire-Accent2">
    <w:name w:val="Light List Accent 2"/>
    <w:basedOn w:val="Tableau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eclaire-Accent3">
    <w:name w:val="Light List Accent 3"/>
    <w:basedOn w:val="Tableau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eclaire-Accent4">
    <w:name w:val="Light List Accent 4"/>
    <w:basedOn w:val="Tableau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eclaire-Accent5">
    <w:name w:val="Light List Accent 5"/>
    <w:basedOn w:val="Tableau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eclaire-Accent6">
    <w:name w:val="Light List Accent 6"/>
    <w:basedOn w:val="Tableau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illeclaire">
    <w:name w:val="Light Grid"/>
    <w:basedOn w:val="Tableau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lleclaire-Accent1">
    <w:name w:val="Light Grid Accent 1"/>
    <w:basedOn w:val="Tableau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lleclaire-Accent2">
    <w:name w:val="Light Grid Accent 2"/>
    <w:basedOn w:val="Tableau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lleclaire-Accent3">
    <w:name w:val="Light Grid Accent 3"/>
    <w:basedOn w:val="Tableau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lleclaire-Accent4">
    <w:name w:val="Light Grid Accent 4"/>
    <w:basedOn w:val="Tableau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lleclaire-Accent5">
    <w:name w:val="Light Grid Accent 5"/>
    <w:basedOn w:val="Tableau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lleclaire-Accent6">
    <w:name w:val="Light Grid Accent 6"/>
    <w:basedOn w:val="Tableau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Tramemoyenne1">
    <w:name w:val="Medium Shading 1"/>
    <w:basedOn w:val="Tableau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Tramemoyenne2">
    <w:name w:val="Medium Shading 2"/>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emoyenne1">
    <w:name w:val="Medium List 1"/>
    <w:basedOn w:val="Tableau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emoyenne1-Accent1">
    <w:name w:val="Medium List 1 Accent 1"/>
    <w:basedOn w:val="Tableau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emoyenne1-Accent2">
    <w:name w:val="Medium List 1 Accent 2"/>
    <w:basedOn w:val="Tableau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emoyenne1-Accent3">
    <w:name w:val="Medium List 1 Accent 3"/>
    <w:basedOn w:val="Tableau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emoyenne1-Accent4">
    <w:name w:val="Medium List 1 Accent 4"/>
    <w:basedOn w:val="Tableau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emoyenne1-Accent5">
    <w:name w:val="Medium List 1 Accent 5"/>
    <w:basedOn w:val="Tableau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emoyenne1-Accent6">
    <w:name w:val="Medium List 1 Accent 6"/>
    <w:basedOn w:val="Tableau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emoyenne2">
    <w:name w:val="Medium Lis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1">
    <w:name w:val="Medium List 2 Accent 1"/>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2">
    <w:name w:val="Medium List 2 Accen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3">
    <w:name w:val="Medium List 2 Accent 3"/>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4">
    <w:name w:val="Medium List 2 Accent 4"/>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5">
    <w:name w:val="Medium List 2 Accent 5"/>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6">
    <w:name w:val="Medium List 2 Accent 6"/>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llemoyenne1">
    <w:name w:val="Medium Grid 1"/>
    <w:basedOn w:val="Tableau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moyenne1-Accent1">
    <w:name w:val="Medium Grid 1 Accent 1"/>
    <w:basedOn w:val="Tableau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moyenne1-Accent2">
    <w:name w:val="Medium Grid 1 Accent 2"/>
    <w:basedOn w:val="Tableau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moyenne1-Accent3">
    <w:name w:val="Medium Grid 1 Accent 3"/>
    <w:basedOn w:val="Tableau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moyenne1-Accent4">
    <w:name w:val="Medium Grid 1 Accent 4"/>
    <w:basedOn w:val="Tableau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moyenne1-Accent5">
    <w:name w:val="Medium Grid 1 Accent 5"/>
    <w:basedOn w:val="Tableau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moyenne1-Accent6">
    <w:name w:val="Medium Grid 1 Accent 6"/>
    <w:basedOn w:val="Tableau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llemoyenne2">
    <w:name w:val="Medium Grid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lemoyenne2-Accent1">
    <w:name w:val="Medium Grid 2 Accent 1"/>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llemoyenne2-Accent2">
    <w:name w:val="Medium Grid 2 Accent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llemoyenne2-Accent3">
    <w:name w:val="Medium Grid 2 Accent 3"/>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llemoyenne2-Accent4">
    <w:name w:val="Medium Grid 2 Accent 4"/>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llemoyenne2-Accent5">
    <w:name w:val="Medium Grid 2 Accent 5"/>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llemoyenne2-Accent6">
    <w:name w:val="Medium Grid 2 Accent 6"/>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llemoyenne3">
    <w:name w:val="Medium Grid 3"/>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llemoyenne3-Accent1">
    <w:name w:val="Medium Grid 3 Accent 1"/>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llemoyenne3-Accent2">
    <w:name w:val="Medium Grid 3 Accent 2"/>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llemoyenne3-Accent3">
    <w:name w:val="Medium Grid 3 Accent 3"/>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llemoyenne3-Accent4">
    <w:name w:val="Medium Grid 3 Accent 4"/>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llemoyenne3-Accent5">
    <w:name w:val="Medium Grid 3 Accent 5"/>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llemoyenne3-Accent6">
    <w:name w:val="Medium Grid 3 Accent 6"/>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efonce">
    <w:name w:val="Dark List"/>
    <w:basedOn w:val="Tableau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efonce-Accent1">
    <w:name w:val="Dark List Accent 1"/>
    <w:basedOn w:val="Tableau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efonce-Accent2">
    <w:name w:val="Dark List Accent 2"/>
    <w:basedOn w:val="Tableau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efonce-Accent3">
    <w:name w:val="Dark List Accent 3"/>
    <w:basedOn w:val="Tableau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efonce-Accent4">
    <w:name w:val="Dark List Accent 4"/>
    <w:basedOn w:val="Tableau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efonce-Accent5">
    <w:name w:val="Dark List Accent 5"/>
    <w:basedOn w:val="Tableau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efonce-Accent6">
    <w:name w:val="Dark List Accent 6"/>
    <w:basedOn w:val="Tableau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Tramecouleur">
    <w:name w:val="Colorful Shading"/>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Tramecouleur-Accent1">
    <w:name w:val="Colorful Shading Accent 1"/>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Tramecouleur-Accent2">
    <w:name w:val="Colorful Shading Accent 2"/>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Tramecouleur-Accent3">
    <w:name w:val="Colorful Shading Accent 3"/>
    <w:basedOn w:val="Tableau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Tramecouleur-Accent4">
    <w:name w:val="Colorful Shading Accent 4"/>
    <w:basedOn w:val="Tableau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Tramecouleur-Accent5">
    <w:name w:val="Colorful Shading Accent 5"/>
    <w:basedOn w:val="Tableau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Tramecouleur-Accent6">
    <w:name w:val="Colorful Shading Accent 6"/>
    <w:basedOn w:val="Tableau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ecouleur">
    <w:name w:val="Colorful List"/>
    <w:basedOn w:val="Tableau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ecouleur-Accent1">
    <w:name w:val="Colorful List Accent 1"/>
    <w:basedOn w:val="Tableau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ecouleur-Accent2">
    <w:name w:val="Colorful List Accent 2"/>
    <w:basedOn w:val="Tableau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ecouleur-Accent3">
    <w:name w:val="Colorful List Accent 3"/>
    <w:basedOn w:val="Tableau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ecouleur-Accent4">
    <w:name w:val="Colorful List Accent 4"/>
    <w:basedOn w:val="Tableau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ecouleur-Accent5">
    <w:name w:val="Colorful List Accent 5"/>
    <w:basedOn w:val="Tableau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ecouleur-Accent6">
    <w:name w:val="Colorful List Accent 6"/>
    <w:basedOn w:val="Tableau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llecouleur">
    <w:name w:val="Colorful Grid"/>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couleur-Accent1">
    <w:name w:val="Colorful Grid Accent 1"/>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couleur-Accent2">
    <w:name w:val="Colorful Grid Accent 2"/>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couleur-Accent3">
    <w:name w:val="Colorful Grid Accent 3"/>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couleur-Accent4">
    <w:name w:val="Colorful Grid Accent 4"/>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couleur-Accent5">
    <w:name w:val="Colorful Grid Accent 5"/>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couleur-Accent6">
    <w:name w:val="Colorful Grid Accent 6"/>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Lienhypertexte">
    <w:name w:val="Hyperlink"/>
    <w:basedOn w:val="Policepardfaut"/>
    <w:uiPriority w:val="99"/>
    <w:unhideWhenUsed/>
    <w:rsid w:val="00996713"/>
    <w:rPr>
      <w:color w:val="0000FF" w:themeColor="hyperlink"/>
      <w:u w:val="single"/>
    </w:rPr>
  </w:style>
  <w:style w:type="character" w:styleId="Mentionnonrsolue">
    <w:name w:val="Unresolved Mention"/>
    <w:basedOn w:val="Policepardfaut"/>
    <w:uiPriority w:val="99"/>
    <w:semiHidden/>
    <w:unhideWhenUsed/>
    <w:rsid w:val="009967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ouvoirs-locaux@sprb.brussels"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angue xmlns="e604605e-22fb-409f-92c1-68be77b310f8" xsi:nil="true"/>
    <Ann_x00e9_e xmlns="e604605e-22fb-409f-92c1-68be77b310f8" xsi:nil="true"/>
    <Apublier xmlns="e604605e-22fb-409f-92c1-68be77b310f8" xsi:nil="true"/>
    <UA xmlns="e604605e-22fb-409f-92c1-68be77b310f8" xsi:nil="true"/>
    <lcf76f155ced4ddcb4097134ff3c332f xmlns="e604605e-22fb-409f-92c1-68be77b310f8">
      <Terms xmlns="http://schemas.microsoft.com/office/infopath/2007/PartnerControls"/>
    </lcf76f155ced4ddcb4097134ff3c332f>
    <Fichier xmlns="e604605e-22fb-409f-92c1-68be77b310f8" xsi:nil="true"/>
    <Document_travail xmlns="e604605e-22fb-409f-92c1-68be77b310f8" xsi:nil="true"/>
    <Publication xmlns="e604605e-22fb-409f-92c1-68be77b310f8" xsi:nil="true"/>
    <Objet xmlns="e604605e-22fb-409f-92c1-68be77b310f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89CDE481C194346AC1C3181CA8EF29F" ma:contentTypeVersion="26" ma:contentTypeDescription="Crée un document." ma:contentTypeScope="" ma:versionID="5c15994ce817e6d365af8a79ce9e5f29">
  <xsd:schema xmlns:xsd="http://www.w3.org/2001/XMLSchema" xmlns:xs="http://www.w3.org/2001/XMLSchema" xmlns:p="http://schemas.microsoft.com/office/2006/metadata/properties" xmlns:ns2="e604605e-22fb-409f-92c1-68be77b310f8" xmlns:ns3="7e7c50e0-05bd-4ad3-bbcd-fcac9451d0c9" targetNamespace="http://schemas.microsoft.com/office/2006/metadata/properties" ma:root="true" ma:fieldsID="338e058ef10b6c09a212aa7510f5e687" ns2:_="" ns3:_="">
    <xsd:import namespace="e604605e-22fb-409f-92c1-68be77b310f8"/>
    <xsd:import namespace="7e7c50e0-05bd-4ad3-bbcd-fcac9451d0c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Fichier" minOccurs="0"/>
                <xsd:element ref="ns2:Document_travail" minOccurs="0"/>
                <xsd:element ref="ns2:Apublier" minOccurs="0"/>
                <xsd:element ref="ns2:Langue" minOccurs="0"/>
                <xsd:element ref="ns3:SharedWithUsers" minOccurs="0"/>
                <xsd:element ref="ns3:SharedWithDetails" minOccurs="0"/>
                <xsd:element ref="ns2:UA" minOccurs="0"/>
                <xsd:element ref="ns2:MediaLengthInSeconds" minOccurs="0"/>
                <xsd:element ref="ns2:Publication" minOccurs="0"/>
                <xsd:element ref="ns2:Ann_x00e9_e" minOccurs="0"/>
                <xsd:element ref="ns2:Objet"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04605e-22fb-409f-92c1-68be77b310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Fichier" ma:index="16" nillable="true" ma:displayName="Fichier" ma:format="Dropdown" ma:internalName="Fichier">
      <xsd:simpleType>
        <xsd:union memberTypes="dms:Text">
          <xsd:simpleType>
            <xsd:restriction base="dms:Choice">
              <xsd:enumeration value="Word"/>
              <xsd:enumeration value="Excel"/>
              <xsd:enumeration value="PowerPoint"/>
              <xsd:enumeration value="pdf"/>
              <xsd:enumeration value="jpg"/>
              <xsd:enumeration value="png"/>
              <xsd:enumeration value="gif"/>
              <xsd:enumeration value="Ai"/>
              <xsd:enumeration value="Id"/>
              <xsd:enumeration value="Ps"/>
            </xsd:restriction>
          </xsd:simpleType>
        </xsd:union>
      </xsd:simpleType>
    </xsd:element>
    <xsd:element name="Document_travail" ma:index="17" nillable="true" ma:displayName="Type_document" ma:format="Dropdown" ma:internalName="Document_travail">
      <xsd:simpleType>
        <xsd:restriction base="dms:Choice">
          <xsd:enumeration value="Loi"/>
          <xsd:enumeration value="Ordonnance"/>
          <xsd:enumeration value="Décret"/>
          <xsd:enumeration value="Arrêté_Gouvernement"/>
          <xsd:enumeration value="Arrêté_ministériel"/>
          <xsd:enumeration value="Arrêté_Cocom"/>
          <xsd:enumeration value="Arrêté_Cocof"/>
          <xsd:enumeration value="Arrêté_VGC"/>
          <xsd:enumeration value="Circulaire"/>
          <xsd:enumeration value="Convention"/>
          <xsd:enumeration value="Directive"/>
          <xsd:enumeration value="Règlement"/>
        </xsd:restriction>
      </xsd:simpleType>
    </xsd:element>
    <xsd:element name="Apublier" ma:index="18" nillable="true" ma:displayName="Statut" ma:format="Dropdown" ma:internalName="Apublier">
      <xsd:complexType>
        <xsd:complexContent>
          <xsd:extension base="dms:MultiChoice">
            <xsd:sequence>
              <xsd:element name="Value" maxOccurs="unbounded" minOccurs="0" nillable="true">
                <xsd:simpleType>
                  <xsd:restriction base="dms:Choice">
                    <xsd:enumeration value="En cours"/>
                    <xsd:enumeration value="A publier"/>
                    <xsd:enumeration value="A supprimer"/>
                    <xsd:enumeration value="Publié"/>
                    <xsd:enumeration value="Validé"/>
                    <xsd:enumeration value="Transmis Dircom"/>
                  </xsd:restriction>
                </xsd:simpleType>
              </xsd:element>
            </xsd:sequence>
          </xsd:extension>
        </xsd:complexContent>
      </xsd:complexType>
    </xsd:element>
    <xsd:element name="Langue" ma:index="19" nillable="true" ma:displayName="Langue" ma:format="Dropdown" ma:internalName="Langue">
      <xsd:simpleType>
        <xsd:restriction base="dms:Choice">
          <xsd:enumeration value="FR"/>
          <xsd:enumeration value="NL"/>
          <xsd:enumeration value="FR_NL"/>
        </xsd:restriction>
      </xsd:simpleType>
    </xsd:element>
    <xsd:element name="UA" ma:index="22" nillable="true" ma:displayName="UA" ma:format="Dropdown" ma:internalName="UA">
      <xsd:simpleType>
        <xsd:restriction base="dms:Choice">
          <xsd:enumeration value="BPL"/>
          <xsd:enumeration value="DG"/>
          <xsd:enumeration value="AFJ"/>
          <xsd:enumeration value="DFL"/>
          <xsd:enumeration value="DIN"/>
          <xsd:enumeration value="DPL"/>
          <xsd:enumeration value="DSF"/>
          <xsd:enumeration value="ISP"/>
          <xsd:enumeration value="MPU"/>
        </xsd:restriction>
      </xsd:simpleType>
    </xsd:element>
    <xsd:element name="MediaLengthInSeconds" ma:index="25" nillable="true" ma:displayName="MediaLengthInSeconds" ma:hidden="true" ma:internalName="MediaLengthInSeconds" ma:readOnly="true">
      <xsd:simpleType>
        <xsd:restriction base="dms:Unknown"/>
      </xsd:simpleType>
    </xsd:element>
    <xsd:element name="Publication" ma:index="26" nillable="true" ma:displayName="Support_Canal" ma:format="Dropdown" ma:internalName="Publication">
      <xsd:complexType>
        <xsd:complexContent>
          <xsd:extension base="dms:MultiChoiceFillIn">
            <xsd:sequence>
              <xsd:element name="Value" maxOccurs="unbounded" minOccurs="0" nillable="true">
                <xsd:simpleType>
                  <xsd:union memberTypes="dms:Text">
                    <xsd:simpleType>
                      <xsd:restriction base="dms:Choice">
                        <xsd:enumeration value="Intranet_BPL"/>
                        <xsd:enumeration value="Site_BPL"/>
                        <xsd:enumeration value="Site_Elections"/>
                        <xsd:enumeration value="Site_SPRB"/>
                        <xsd:enumeration value="1035"/>
                        <xsd:enumeration value="Rapport_activités"/>
                        <xsd:enumeration value="Newsletter"/>
                        <xsd:enumeration value="Digital Signage"/>
                        <xsd:enumeration value="Intranet_SPRB"/>
                        <xsd:enumeration value="Letsignit"/>
                      </xsd:restriction>
                    </xsd:simpleType>
                  </xsd:union>
                </xsd:simpleType>
              </xsd:element>
            </xsd:sequence>
          </xsd:extension>
        </xsd:complexContent>
      </xsd:complexType>
    </xsd:element>
    <xsd:element name="Ann_x00e9_e" ma:index="27" nillable="true" ma:displayName="Année" ma:format="Dropdown" ma:internalName="Ann_x00e9_e">
      <xsd:simpleType>
        <xsd:union memberTypes="dms:Text">
          <xsd:simpleType>
            <xsd:restriction base="dms:Choice">
              <xsd:enumeration value="2020"/>
              <xsd:enumeration value="2021"/>
              <xsd:enumeration value="2022"/>
              <xsd:enumeration value="2023"/>
            </xsd:restriction>
          </xsd:simpleType>
        </xsd:union>
      </xsd:simpleType>
    </xsd:element>
    <xsd:element name="Objet" ma:index="28" nillable="true" ma:displayName="Produits" ma:format="Dropdown" ma:internalName="Objet">
      <xsd:complexType>
        <xsd:complexContent>
          <xsd:extension base="dms:MultiChoice">
            <xsd:sequence>
              <xsd:element name="Value" maxOccurs="unbounded" minOccurs="0" nillable="true">
                <xsd:simpleType>
                  <xsd:restriction base="dms:Choice">
                    <xsd:enumeration value="Actualités"/>
                    <xsd:enumeration value="Avis"/>
                    <xsd:enumeration value="Données chiffrées"/>
                    <xsd:enumeration value="Fiche technique"/>
                    <xsd:enumeration value="Focus"/>
                    <xsd:enumeration value="Formulaire en ligne"/>
                    <xsd:enumeration value="Formulaire (.pdf)"/>
                    <xsd:enumeration value="Guide"/>
                    <xsd:enumeration value="Newsletter"/>
                    <xsd:enumeration value="Rapport"/>
                    <xsd:enumeration value="Législation"/>
                    <xsd:enumeration value="Illustration, photo"/>
                    <xsd:enumeration value="Vidéo"/>
                    <xsd:enumeration value="Logo"/>
                  </xsd:restriction>
                </xsd:simpleType>
              </xsd:element>
            </xsd:sequence>
          </xsd:extension>
        </xsd:complexContent>
      </xsd:complexType>
    </xsd:element>
    <xsd:element name="lcf76f155ced4ddcb4097134ff3c332f" ma:index="30" nillable="true" ma:taxonomy="true" ma:internalName="lcf76f155ced4ddcb4097134ff3c332f" ma:taxonomyFieldName="MediaServiceImageTags" ma:displayName="Balises d’images" ma:readOnly="false" ma:fieldId="{5cf76f15-5ced-4ddc-b409-7134ff3c332f}" ma:taxonomyMulti="true" ma:sspId="57b2d657-d973-4862-aa1b-1284b69771f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1" nillable="true" ma:displayName="MediaServiceObjectDetectorVersions"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7c50e0-05bd-4ad3-bbcd-fcac9451d0c9" elementFormDefault="qualified">
    <xsd:import namespace="http://schemas.microsoft.com/office/2006/documentManagement/types"/>
    <xsd:import namespace="http://schemas.microsoft.com/office/infopath/2007/PartnerControls"/>
    <xsd:element name="SharedWithUsers" ma:index="20"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0DA510-51F2-4027-996B-977F1434E46D}">
  <ds:schemaRefs>
    <ds:schemaRef ds:uri="http://schemas.microsoft.com/office/2006/metadata/properties"/>
    <ds:schemaRef ds:uri="http://schemas.microsoft.com/office/infopath/2007/PartnerControls"/>
    <ds:schemaRef ds:uri="e604605e-22fb-409f-92c1-68be77b310f8"/>
  </ds:schemaRefs>
</ds:datastoreItem>
</file>

<file path=customXml/itemProps2.xml><?xml version="1.0" encoding="utf-8"?>
<ds:datastoreItem xmlns:ds="http://schemas.openxmlformats.org/officeDocument/2006/customXml" ds:itemID="{761B575B-7DDC-40C1-9B43-9D06210FE08F}">
  <ds:schemaRefs>
    <ds:schemaRef ds:uri="http://schemas.microsoft.com/sharepoint/v3/contenttype/forms"/>
  </ds:schemaRefs>
</ds:datastoreItem>
</file>

<file path=customXml/itemProps3.xml><?xml version="1.0" encoding="utf-8"?>
<ds:datastoreItem xmlns:ds="http://schemas.openxmlformats.org/officeDocument/2006/customXml" ds:itemID="{C324A435-0CD8-4951-AB0A-727707A003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04605e-22fb-409f-92c1-68be77b310f8"/>
    <ds:schemaRef ds:uri="7e7c50e0-05bd-4ad3-bbcd-fcac9451d0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Metadata/LabelInfo.xml><?xml version="1.0" encoding="utf-8"?>
<clbl:labelList xmlns:clbl="http://schemas.microsoft.com/office/2020/mipLabelMetadata">
  <clbl:label id="{672deb0f-abfd-479d-a5f7-4920992c1739}" enabled="1" method="Standard" siteId="{3e9f03cd-0512-46dc-b0d4-bb48fa70fcf2}" contentBits="0" removed="0"/>
</clbl:labelList>
</file>

<file path=docProps/app.xml><?xml version="1.0" encoding="utf-8"?>
<Properties xmlns="http://schemas.openxmlformats.org/officeDocument/2006/extended-properties" xmlns:vt="http://schemas.openxmlformats.org/officeDocument/2006/docPropsVTypes">
  <Template>Normal.dotm</Template>
  <TotalTime>11</TotalTime>
  <Pages>5</Pages>
  <Words>859</Words>
  <Characters>5373</Characters>
  <Application>Microsoft Office Word</Application>
  <DocSecurity>0</DocSecurity>
  <Lines>199</Lines>
  <Paragraphs>102</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Formulaire de candidature - Appel à projets cimetières</vt:lpstr>
      <vt:lpstr/>
    </vt:vector>
  </TitlesOfParts>
  <Manager/>
  <Company/>
  <LinksUpToDate>false</LinksUpToDate>
  <CharactersWithSpaces>6130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Formulaire de candidature - Appel à projets cimetières</dc:title>
  <dc:subject>Formulaire de candidature pour l’appel à projets cimetières</dc:subject>
  <dc:creator>BEIRENS Françoise</dc:creator>
  <cp:keywords/>
  <dc:description>Créé à partir du projet d’appel à projets cimetières et du style/logo du formulaire DTD 22-24.</dc:description>
  <cp:lastModifiedBy>DAUW Véronique</cp:lastModifiedBy>
  <cp:revision>7</cp:revision>
  <dcterms:created xsi:type="dcterms:W3CDTF">2026-07-22T10:16:00Z</dcterms:created>
  <dcterms:modified xsi:type="dcterms:W3CDTF">2026-07-27T08:34:00Z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0x010100F89CDE481C194346AC1C3181CA8EF29F</vt:lpwstr>
  </property>
  <property fmtid="{D5CDD505-2E9C-101B-9397-08002B2CF9AE}" pid="3" name="MediaServiceImageTags">
    <vt:lpwstr/>
  </property>
</Properties>
</file>